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62B2" w14:textId="6C28A272" w:rsid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3</w:t>
      </w:r>
      <w:r w:rsidRPr="005F0B6D">
        <w:rPr>
          <w:rFonts w:ascii="Century" w:eastAsia="ＭＳ 明朝" w:hAnsi="Century" w:cs="Times New Roman"/>
          <w:kern w:val="2"/>
          <w:szCs w:val="24"/>
          <w:lang w:eastAsia="ja-JP"/>
        </w:rPr>
        <w:t>号</w:t>
      </w:r>
    </w:p>
    <w:p w14:paraId="2864BB9C" w14:textId="77777777" w:rsidR="00223719" w:rsidRPr="005F0B6D" w:rsidRDefault="00223719" w:rsidP="005F0B6D">
      <w:pPr>
        <w:widowControl w:val="0"/>
        <w:spacing w:after="0" w:line="240" w:lineRule="auto"/>
        <w:jc w:val="both"/>
        <w:rPr>
          <w:rFonts w:ascii="Century" w:eastAsia="ＭＳ 明朝" w:hAnsi="Century" w:cs="Times New Roman"/>
          <w:kern w:val="2"/>
          <w:szCs w:val="24"/>
          <w:lang w:eastAsia="ja-JP"/>
        </w:rPr>
      </w:pPr>
    </w:p>
    <w:p w14:paraId="5AD034CF" w14:textId="77777777" w:rsidR="005F0B6D" w:rsidRPr="005F0B6D" w:rsidRDefault="005F0B6D" w:rsidP="005F0B6D">
      <w:pPr>
        <w:widowControl w:val="0"/>
        <w:spacing w:after="0" w:line="240" w:lineRule="auto"/>
        <w:ind w:right="-1"/>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行為の変更届出書</w:t>
      </w:r>
    </w:p>
    <w:p w14:paraId="0086C37E" w14:textId="77777777" w:rsidR="005F0B6D" w:rsidRPr="005F0B6D" w:rsidRDefault="005F0B6D" w:rsidP="005F0B6D">
      <w:pPr>
        <w:widowControl w:val="0"/>
        <w:spacing w:after="0" w:line="240" w:lineRule="auto"/>
        <w:ind w:right="-1"/>
        <w:jc w:val="both"/>
        <w:rPr>
          <w:rFonts w:ascii="Century" w:eastAsia="ＭＳ 明朝" w:hAnsi="Century" w:cs="Times New Roman"/>
          <w:kern w:val="2"/>
          <w:szCs w:val="24"/>
          <w:lang w:eastAsia="ja-JP"/>
        </w:rPr>
      </w:pPr>
    </w:p>
    <w:p w14:paraId="4D066787" w14:textId="77777777" w:rsidR="005F0B6D" w:rsidRPr="005F0B6D" w:rsidRDefault="005F0B6D" w:rsidP="005F0B6D">
      <w:pPr>
        <w:widowControl w:val="0"/>
        <w:wordWrap w:val="0"/>
        <w:spacing w:after="0" w:line="240" w:lineRule="auto"/>
        <w:ind w:right="-1"/>
        <w:jc w:val="right"/>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年　　月　　日</w:t>
      </w:r>
    </w:p>
    <w:p w14:paraId="09BE8D13" w14:textId="0CE670A5" w:rsidR="005F0B6D" w:rsidRPr="005F0B6D" w:rsidRDefault="000150D7" w:rsidP="005F0B6D">
      <w:pPr>
        <w:widowControl w:val="0"/>
        <w:spacing w:after="0" w:line="240" w:lineRule="auto"/>
        <w:ind w:right="-1" w:firstLineChars="100" w:firstLine="220"/>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山元町長</w:t>
      </w:r>
    </w:p>
    <w:p w14:paraId="6E36C779" w14:textId="77777777" w:rsidR="005F0B6D" w:rsidRPr="005F0B6D" w:rsidRDefault="005F0B6D" w:rsidP="005F0B6D">
      <w:pPr>
        <w:widowControl w:val="0"/>
        <w:spacing w:after="0" w:line="240" w:lineRule="auto"/>
        <w:ind w:right="-1"/>
        <w:jc w:val="both"/>
        <w:rPr>
          <w:rFonts w:ascii="Century" w:eastAsia="ＭＳ 明朝" w:hAnsi="Century" w:cs="Times New Roman"/>
          <w:kern w:val="2"/>
          <w:szCs w:val="24"/>
          <w:lang w:eastAsia="ja-JP"/>
        </w:rPr>
      </w:pPr>
    </w:p>
    <w:p w14:paraId="468F684A" w14:textId="77777777" w:rsidR="005F0B6D" w:rsidRPr="005F0B6D" w:rsidRDefault="005F0B6D" w:rsidP="005F0B6D">
      <w:pPr>
        <w:widowControl w:val="0"/>
        <w:spacing w:afterLines="50" w:after="120" w:line="240" w:lineRule="auto"/>
        <w:ind w:firstLineChars="2500" w:firstLine="550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届出者　住　所</w:t>
      </w:r>
    </w:p>
    <w:p w14:paraId="06A0B820" w14:textId="77777777" w:rsidR="005F0B6D" w:rsidRPr="005F0B6D" w:rsidRDefault="005F0B6D" w:rsidP="005F0B6D">
      <w:pPr>
        <w:widowControl w:val="0"/>
        <w:spacing w:afterLines="50" w:after="120" w:line="240" w:lineRule="auto"/>
        <w:ind w:firstLineChars="2900" w:firstLine="638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氏　名</w:t>
      </w:r>
    </w:p>
    <w:p w14:paraId="5EC463E9" w14:textId="77777777" w:rsidR="005F0B6D" w:rsidRPr="005F0B6D" w:rsidRDefault="005F0B6D" w:rsidP="005F0B6D">
      <w:pPr>
        <w:widowControl w:val="0"/>
        <w:spacing w:after="0" w:line="240" w:lineRule="auto"/>
        <w:ind w:right="-1" w:firstLineChars="2900" w:firstLine="638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連絡先</w:t>
      </w:r>
    </w:p>
    <w:p w14:paraId="2F39DC01" w14:textId="77777777" w:rsidR="005F0B6D" w:rsidRPr="005F0B6D" w:rsidRDefault="005F0B6D" w:rsidP="005F0B6D">
      <w:pPr>
        <w:widowControl w:val="0"/>
        <w:tabs>
          <w:tab w:val="left" w:pos="8504"/>
        </w:tabs>
        <w:spacing w:after="0" w:line="240" w:lineRule="auto"/>
        <w:ind w:right="-1"/>
        <w:jc w:val="both"/>
        <w:rPr>
          <w:rFonts w:ascii="Century" w:eastAsia="ＭＳ 明朝" w:hAnsi="Century" w:cs="Times New Roman"/>
          <w:kern w:val="2"/>
          <w:szCs w:val="24"/>
          <w:lang w:eastAsia="ja-JP"/>
        </w:rPr>
      </w:pPr>
    </w:p>
    <w:p w14:paraId="59B9DD97" w14:textId="77777777" w:rsidR="005F0B6D" w:rsidRPr="005F0B6D" w:rsidRDefault="005F0B6D" w:rsidP="005F0B6D">
      <w:pPr>
        <w:widowControl w:val="0"/>
        <w:tabs>
          <w:tab w:val="left" w:pos="8504"/>
        </w:tabs>
        <w:spacing w:after="0" w:line="240" w:lineRule="auto"/>
        <w:ind w:right="-1"/>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都市再生特別措置法第８８条第２項の規定に基づき、届出事項の変更について、下記により届け出ます。</w:t>
      </w:r>
    </w:p>
    <w:p w14:paraId="4A76D1C8" w14:textId="77777777" w:rsidR="005F0B6D" w:rsidRPr="005F0B6D" w:rsidRDefault="005F0B6D" w:rsidP="005F0B6D">
      <w:pPr>
        <w:widowControl w:val="0"/>
        <w:spacing w:after="0" w:line="240" w:lineRule="auto"/>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記</w:t>
      </w:r>
    </w:p>
    <w:p w14:paraId="4B5ABD0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73126113"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１　当初の届出年月日：　　　　　　　　　　　　　　年　　月　　日</w:t>
      </w:r>
    </w:p>
    <w:p w14:paraId="23230433"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1164DA6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変更の内容：</w:t>
      </w:r>
    </w:p>
    <w:p w14:paraId="651AFB3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723E1AA"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３　変更部分に係る行為の着手予定日：　　　　　　　年　　月　　日</w:t>
      </w:r>
    </w:p>
    <w:p w14:paraId="1695268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72F4C95C"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４　変更部分に係る行為の完了予定日：　　　　　　　年　　月　　日</w:t>
      </w:r>
    </w:p>
    <w:p w14:paraId="33DDBBF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C80E226" w14:textId="77777777" w:rsidR="005F0B6D" w:rsidRPr="005F0B6D" w:rsidRDefault="005F0B6D" w:rsidP="005F0B6D">
      <w:pPr>
        <w:widowControl w:val="0"/>
        <w:spacing w:after="0" w:line="240" w:lineRule="auto"/>
        <w:ind w:left="660" w:hangingChars="300" w:hanging="66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注１　届出者が法人である場合においては、氏名は、その法人の名称及び代表者の氏名を記載すること。</w:t>
      </w:r>
    </w:p>
    <w:p w14:paraId="5770A977"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変更の内容は、変更前及び変更後の内容を対照させて記載すること。</w:t>
      </w:r>
    </w:p>
    <w:p w14:paraId="18221605"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6EB384D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（添付図書）</w:t>
      </w:r>
    </w:p>
    <w:p w14:paraId="77FC5A2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《開発行為の場合》</w:t>
      </w:r>
    </w:p>
    <w:p w14:paraId="0C63ECF7" w14:textId="77777777" w:rsidR="00223719"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・当該行為を行う土地の区域並びに当該区域内及び当該区域の周辺の公共施設を表示する図面</w:t>
      </w:r>
    </w:p>
    <w:p w14:paraId="71D2AEEE" w14:textId="71EA3F51" w:rsidR="005F0B6D" w:rsidRPr="005F0B6D" w:rsidRDefault="00223719" w:rsidP="00223719">
      <w:pPr>
        <w:widowControl w:val="0"/>
        <w:spacing w:after="0" w:line="240" w:lineRule="auto"/>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 xml:space="preserve">　</w:t>
      </w:r>
      <w:r w:rsidR="005F0B6D" w:rsidRPr="005F0B6D">
        <w:rPr>
          <w:rFonts w:ascii="Century" w:eastAsia="ＭＳ 明朝" w:hAnsi="Century" w:cs="Times New Roman"/>
          <w:kern w:val="2"/>
          <w:szCs w:val="24"/>
          <w:lang w:eastAsia="ja-JP"/>
        </w:rPr>
        <w:t>で縮尺</w:t>
      </w:r>
      <w:r w:rsidR="005F0B6D" w:rsidRPr="005F0B6D">
        <w:rPr>
          <w:rFonts w:ascii="Century" w:eastAsia="ＭＳ 明朝" w:hAnsi="Century" w:cs="Times New Roman"/>
          <w:kern w:val="2"/>
          <w:szCs w:val="24"/>
          <w:lang w:eastAsia="ja-JP"/>
        </w:rPr>
        <w:t>1/1,000</w:t>
      </w:r>
      <w:r w:rsidR="005F0B6D" w:rsidRPr="005F0B6D">
        <w:rPr>
          <w:rFonts w:ascii="Century" w:eastAsia="ＭＳ 明朝" w:hAnsi="Century" w:cs="Times New Roman"/>
          <w:kern w:val="2"/>
          <w:szCs w:val="24"/>
          <w:lang w:eastAsia="ja-JP"/>
        </w:rPr>
        <w:t xml:space="preserve">以上のもの（現況図）　</w:t>
      </w:r>
    </w:p>
    <w:p w14:paraId="3A8DD700"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・設計図で縮尺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以上のもの（土地利用計画図）</w:t>
      </w:r>
    </w:p>
    <w:p w14:paraId="6E7DDC43"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・位置図及び求積図</w:t>
      </w:r>
    </w:p>
    <w:p w14:paraId="6D77D832"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p>
    <w:p w14:paraId="29ADD8B2"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《建築等の場合》</w:t>
      </w:r>
    </w:p>
    <w:p w14:paraId="0D5EF91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・敷地内における住宅の位置を表示する図面で縮尺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w:t>
      </w:r>
    </w:p>
    <w:p w14:paraId="0F8775DA"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・住宅の二面以上の立面図及び各階平面図で縮尺</w:t>
      </w:r>
      <w:r w:rsidRPr="005F0B6D">
        <w:rPr>
          <w:rFonts w:ascii="Century" w:eastAsia="ＭＳ 明朝" w:hAnsi="Century" w:cs="Times New Roman"/>
          <w:kern w:val="2"/>
          <w:szCs w:val="24"/>
          <w:lang w:eastAsia="ja-JP"/>
        </w:rPr>
        <w:t>1/50</w:t>
      </w:r>
      <w:r w:rsidRPr="005F0B6D">
        <w:rPr>
          <w:rFonts w:ascii="Century" w:eastAsia="ＭＳ 明朝" w:hAnsi="Century" w:cs="Times New Roman"/>
          <w:kern w:val="2"/>
          <w:szCs w:val="24"/>
          <w:lang w:eastAsia="ja-JP"/>
        </w:rPr>
        <w:t>以上のもの</w:t>
      </w:r>
    </w:p>
    <w:p w14:paraId="5AC0D50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32B96D8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p>
    <w:p w14:paraId="0EAB6A73" w14:textId="77777777" w:rsidR="005F0B6D" w:rsidRDefault="005F0B6D" w:rsidP="005F0B6D">
      <w:pPr>
        <w:widowControl w:val="0"/>
        <w:spacing w:after="0" w:line="240" w:lineRule="auto"/>
        <w:jc w:val="both"/>
        <w:rPr>
          <w:rFonts w:ascii="Century" w:eastAsia="ＭＳ 明朝" w:hAnsi="Century" w:cs="Times New Roman"/>
          <w:kern w:val="2"/>
          <w:szCs w:val="24"/>
          <w:lang w:eastAsia="ja-JP"/>
        </w:rPr>
      </w:pPr>
    </w:p>
    <w:p w14:paraId="11EF9457" w14:textId="77777777" w:rsidR="00223719" w:rsidRPr="005F0B6D" w:rsidRDefault="00223719" w:rsidP="005F0B6D">
      <w:pPr>
        <w:widowControl w:val="0"/>
        <w:spacing w:after="0" w:line="240" w:lineRule="auto"/>
        <w:jc w:val="both"/>
        <w:rPr>
          <w:rFonts w:ascii="Century" w:eastAsia="ＭＳ 明朝" w:hAnsi="Century" w:cs="Times New Roman"/>
          <w:kern w:val="2"/>
          <w:szCs w:val="24"/>
          <w:lang w:eastAsia="ja-JP"/>
        </w:rPr>
      </w:pPr>
    </w:p>
    <w:p w14:paraId="611F7D2A" w14:textId="77777777" w:rsidR="005F0B6D" w:rsidRPr="005F0B6D" w:rsidRDefault="005F0B6D" w:rsidP="005F0B6D">
      <w:pPr>
        <w:spacing w:after="0" w:line="240" w:lineRule="auto"/>
        <w:rPr>
          <w:rFonts w:ascii="Century" w:eastAsia="ＭＳ 明朝" w:hAnsi="Century" w:cs="Times New Roman"/>
          <w:kern w:val="2"/>
          <w:szCs w:val="24"/>
          <w:lang w:eastAsia="ja-JP"/>
        </w:rPr>
      </w:pPr>
    </w:p>
    <w:p w14:paraId="3294A818" w14:textId="77777777" w:rsidR="005F0B6D" w:rsidRDefault="005F0B6D" w:rsidP="00B5635F">
      <w:pPr>
        <w:spacing w:after="0" w:line="240" w:lineRule="auto"/>
        <w:rPr>
          <w:rFonts w:ascii="ＭＳ 明朝" w:eastAsia="ＭＳ 明朝" w:hAnsi="ＭＳ 明朝"/>
          <w:lang w:eastAsia="ja-JP"/>
        </w:rPr>
      </w:pPr>
    </w:p>
    <w:p w14:paraId="2FADB2C9" w14:textId="77777777" w:rsidR="005F0B6D" w:rsidRDefault="005F0B6D" w:rsidP="00B5635F">
      <w:pPr>
        <w:spacing w:after="0" w:line="240" w:lineRule="auto"/>
        <w:rPr>
          <w:rFonts w:ascii="ＭＳ 明朝" w:eastAsia="ＭＳ 明朝" w:hAnsi="ＭＳ 明朝"/>
          <w:lang w:eastAsia="ja-JP"/>
        </w:rPr>
      </w:pPr>
    </w:p>
    <w:p w14:paraId="54228691" w14:textId="77777777" w:rsidR="005F0B6D" w:rsidRDefault="005F0B6D" w:rsidP="00B5635F">
      <w:pPr>
        <w:spacing w:after="0" w:line="240" w:lineRule="auto"/>
        <w:rPr>
          <w:rFonts w:ascii="ＭＳ 明朝" w:eastAsia="ＭＳ 明朝" w:hAnsi="ＭＳ 明朝"/>
          <w:lang w:eastAsia="ja-JP"/>
        </w:rPr>
      </w:pPr>
    </w:p>
    <w:p w14:paraId="2ECFCCD2" w14:textId="2038ADFF" w:rsidR="006C79EF" w:rsidRPr="00E455D5" w:rsidRDefault="006C79EF" w:rsidP="000154E7">
      <w:pPr>
        <w:spacing w:afterLines="50" w:after="120" w:line="240" w:lineRule="auto"/>
        <w:rPr>
          <w:rFonts w:ascii="ＭＳ 明朝" w:eastAsia="ＭＳ 明朝" w:hAnsi="ＭＳ 明朝"/>
          <w:lang w:eastAsia="ja-JP"/>
        </w:rPr>
      </w:pPr>
    </w:p>
    <w:sectPr w:rsidR="006C79EF" w:rsidRPr="00E455D5"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1F38" w14:textId="77777777" w:rsidR="00C80B49" w:rsidRDefault="00C80B49" w:rsidP="00DB4341">
      <w:pPr>
        <w:spacing w:after="0" w:line="240" w:lineRule="auto"/>
      </w:pPr>
      <w:r>
        <w:separator/>
      </w:r>
    </w:p>
  </w:endnote>
  <w:endnote w:type="continuationSeparator" w:id="0">
    <w:p w14:paraId="504E9B92" w14:textId="77777777" w:rsidR="00C80B49" w:rsidRDefault="00C80B49"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Dutch"/>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AE514" w14:textId="77777777" w:rsidR="00C80B49" w:rsidRDefault="00C80B49" w:rsidP="00DB4341">
      <w:pPr>
        <w:spacing w:after="0" w:line="240" w:lineRule="auto"/>
      </w:pPr>
      <w:r>
        <w:separator/>
      </w:r>
    </w:p>
  </w:footnote>
  <w:footnote w:type="continuationSeparator" w:id="0">
    <w:p w14:paraId="16E2AE19" w14:textId="77777777" w:rsidR="00C80B49" w:rsidRDefault="00C80B49"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5463F"/>
    <w:rsid w:val="0006063C"/>
    <w:rsid w:val="000A53FD"/>
    <w:rsid w:val="00127B71"/>
    <w:rsid w:val="0015074B"/>
    <w:rsid w:val="001900D6"/>
    <w:rsid w:val="001963A1"/>
    <w:rsid w:val="001D1D11"/>
    <w:rsid w:val="001F090B"/>
    <w:rsid w:val="00223719"/>
    <w:rsid w:val="00261D3E"/>
    <w:rsid w:val="0027244B"/>
    <w:rsid w:val="0029639D"/>
    <w:rsid w:val="002C5F78"/>
    <w:rsid w:val="002C7E95"/>
    <w:rsid w:val="00326AA2"/>
    <w:rsid w:val="00326F90"/>
    <w:rsid w:val="00327A2B"/>
    <w:rsid w:val="00334B9A"/>
    <w:rsid w:val="00367F42"/>
    <w:rsid w:val="00377124"/>
    <w:rsid w:val="003A1875"/>
    <w:rsid w:val="0042219B"/>
    <w:rsid w:val="00452B80"/>
    <w:rsid w:val="004D2E29"/>
    <w:rsid w:val="004E0D31"/>
    <w:rsid w:val="004E0E09"/>
    <w:rsid w:val="00535EDE"/>
    <w:rsid w:val="00546EB0"/>
    <w:rsid w:val="005A4105"/>
    <w:rsid w:val="005B1C93"/>
    <w:rsid w:val="005C4D54"/>
    <w:rsid w:val="005F0B6D"/>
    <w:rsid w:val="00606D07"/>
    <w:rsid w:val="00653C2C"/>
    <w:rsid w:val="0067152B"/>
    <w:rsid w:val="00681F4E"/>
    <w:rsid w:val="006B61A0"/>
    <w:rsid w:val="006C79EF"/>
    <w:rsid w:val="006F2D23"/>
    <w:rsid w:val="00765C88"/>
    <w:rsid w:val="007923F4"/>
    <w:rsid w:val="007B71AD"/>
    <w:rsid w:val="00821D2C"/>
    <w:rsid w:val="008E1B87"/>
    <w:rsid w:val="00944E41"/>
    <w:rsid w:val="00945C3D"/>
    <w:rsid w:val="0099032F"/>
    <w:rsid w:val="00A00064"/>
    <w:rsid w:val="00A23D3E"/>
    <w:rsid w:val="00A81D40"/>
    <w:rsid w:val="00AA1D8D"/>
    <w:rsid w:val="00AC7C5E"/>
    <w:rsid w:val="00B47730"/>
    <w:rsid w:val="00B54DFB"/>
    <w:rsid w:val="00B5635F"/>
    <w:rsid w:val="00B929E1"/>
    <w:rsid w:val="00BA5237"/>
    <w:rsid w:val="00BA5EE5"/>
    <w:rsid w:val="00BB4B3E"/>
    <w:rsid w:val="00C80B49"/>
    <w:rsid w:val="00C83325"/>
    <w:rsid w:val="00C9278E"/>
    <w:rsid w:val="00CB0664"/>
    <w:rsid w:val="00CD49E2"/>
    <w:rsid w:val="00CE0A70"/>
    <w:rsid w:val="00CE5256"/>
    <w:rsid w:val="00D569E9"/>
    <w:rsid w:val="00D64763"/>
    <w:rsid w:val="00D64926"/>
    <w:rsid w:val="00DB4341"/>
    <w:rsid w:val="00DC72C1"/>
    <w:rsid w:val="00DF1018"/>
    <w:rsid w:val="00DF41F5"/>
    <w:rsid w:val="00E455D5"/>
    <w:rsid w:val="00EA54E6"/>
    <w:rsid w:val="00EC3529"/>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278</Characters>
  <Application>Microsoft Office Word</Application>
  <DocSecurity>0</DocSecurity>
  <Lines>46</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2</cp:revision>
  <dcterms:created xsi:type="dcterms:W3CDTF">2026-07-27T06:35:00Z</dcterms:created>
  <dcterms:modified xsi:type="dcterms:W3CDTF">2026-07-27T06:35:00Z</dcterms:modified>
  <cp:category/>
</cp:coreProperties>
</file>