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4C2E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様式第</w:t>
      </w:r>
      <w:r w:rsidRPr="005F0B6D">
        <w:rPr>
          <w:rFonts w:ascii="Century" w:eastAsia="ＭＳ 明朝" w:hAnsi="Century" w:cs="Times New Roman"/>
          <w:kern w:val="2"/>
          <w:szCs w:val="24"/>
          <w:lang w:eastAsia="ja-JP"/>
        </w:rPr>
        <w:t>4</w:t>
      </w:r>
      <w:r w:rsidRPr="005F0B6D">
        <w:rPr>
          <w:rFonts w:ascii="Century" w:eastAsia="ＭＳ 明朝" w:hAnsi="Century" w:cs="Times New Roman"/>
          <w:kern w:val="2"/>
          <w:szCs w:val="24"/>
          <w:lang w:eastAsia="ja-JP"/>
        </w:rPr>
        <w:t>号</w:t>
      </w:r>
    </w:p>
    <w:p w14:paraId="6736C97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3BDC1CD2" w14:textId="77777777" w:rsidR="005F0B6D" w:rsidRPr="005F0B6D" w:rsidRDefault="005F0B6D" w:rsidP="005F0B6D">
      <w:pPr>
        <w:widowControl w:val="0"/>
        <w:spacing w:afterLines="50" w:after="120" w:line="240" w:lineRule="auto"/>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開発行為届出書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055"/>
        <w:gridCol w:w="5713"/>
      </w:tblGrid>
      <w:tr w:rsidR="005F0B6D" w:rsidRPr="005F0B6D" w14:paraId="5D95BA82" w14:textId="77777777" w:rsidTr="00246F38">
        <w:tc>
          <w:tcPr>
            <w:tcW w:w="9781" w:type="dxa"/>
            <w:gridSpan w:val="3"/>
          </w:tcPr>
          <w:p w14:paraId="064A736B"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713A7C27"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都市再生特別措置法第１０８条第１項の規定に基づき、開発行為について、下記により届け出ます。</w:t>
            </w:r>
          </w:p>
          <w:p w14:paraId="6BB9CB6B"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51BDAD66"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74B200B0" w14:textId="77777777" w:rsidR="005F0B6D" w:rsidRPr="005F0B6D" w:rsidRDefault="005F0B6D" w:rsidP="005F0B6D">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年　　月　　日</w:t>
            </w:r>
          </w:p>
          <w:p w14:paraId="6BD14996" w14:textId="3E2F0AD0" w:rsidR="005F0B6D" w:rsidRPr="005F0B6D" w:rsidRDefault="000150D7" w:rsidP="005F0B6D">
            <w:pPr>
              <w:widowControl w:val="0"/>
              <w:spacing w:after="0" w:line="240" w:lineRule="auto"/>
              <w:ind w:firstLineChars="100" w:firstLine="220"/>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山元町長</w:t>
            </w:r>
            <w:r w:rsidR="005F0B6D" w:rsidRPr="005F0B6D">
              <w:rPr>
                <w:rFonts w:ascii="Century" w:eastAsia="ＭＳ 明朝" w:hAnsi="Century" w:cs="Times New Roman"/>
                <w:kern w:val="2"/>
                <w:szCs w:val="24"/>
                <w:lang w:eastAsia="ja-JP"/>
              </w:rPr>
              <w:t xml:space="preserve">　　</w:t>
            </w:r>
          </w:p>
          <w:p w14:paraId="5700DDD3"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574ADBDD" w14:textId="77777777" w:rsidR="005F0B6D" w:rsidRPr="005F0B6D" w:rsidRDefault="005F0B6D" w:rsidP="005F0B6D">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届出者　住　所</w:t>
            </w:r>
          </w:p>
          <w:p w14:paraId="6DE1A2EC" w14:textId="77777777" w:rsidR="005F0B6D" w:rsidRPr="005F0B6D" w:rsidRDefault="005F0B6D" w:rsidP="005F0B6D">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氏　名</w:t>
            </w:r>
          </w:p>
          <w:p w14:paraId="04341852" w14:textId="77777777" w:rsidR="005F0B6D" w:rsidRPr="005F0B6D" w:rsidRDefault="005F0B6D" w:rsidP="005F0B6D">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連絡先</w:t>
            </w:r>
          </w:p>
        </w:tc>
      </w:tr>
      <w:tr w:rsidR="005F0B6D" w:rsidRPr="005F0B6D" w14:paraId="36410069" w14:textId="77777777" w:rsidTr="00246F38">
        <w:trPr>
          <w:trHeight w:val="720"/>
        </w:trPr>
        <w:tc>
          <w:tcPr>
            <w:tcW w:w="474" w:type="dxa"/>
            <w:vMerge w:val="restart"/>
            <w:textDirection w:val="tbRlV"/>
            <w:vAlign w:val="center"/>
          </w:tcPr>
          <w:p w14:paraId="5420FA52" w14:textId="77777777" w:rsidR="005F0B6D" w:rsidRPr="005F0B6D" w:rsidRDefault="005F0B6D" w:rsidP="005F0B6D">
            <w:pPr>
              <w:widowControl w:val="0"/>
              <w:spacing w:after="0" w:line="240" w:lineRule="auto"/>
              <w:ind w:left="113" w:right="113"/>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開　発　行　為　の　概　要</w:t>
            </w:r>
          </w:p>
        </w:tc>
        <w:tc>
          <w:tcPr>
            <w:tcW w:w="3212" w:type="dxa"/>
            <w:vAlign w:val="center"/>
          </w:tcPr>
          <w:p w14:paraId="1030079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１　開発区域に含まれる</w:t>
            </w:r>
          </w:p>
          <w:p w14:paraId="1DA0D420" w14:textId="77777777" w:rsidR="005F0B6D" w:rsidRPr="005F0B6D" w:rsidRDefault="005F0B6D" w:rsidP="005F0B6D">
            <w:pPr>
              <w:widowControl w:val="0"/>
              <w:spacing w:after="0" w:line="240" w:lineRule="auto"/>
              <w:ind w:firstLineChars="200" w:firstLine="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地域の名称</w:t>
            </w:r>
          </w:p>
        </w:tc>
        <w:tc>
          <w:tcPr>
            <w:tcW w:w="6095" w:type="dxa"/>
            <w:vAlign w:val="center"/>
          </w:tcPr>
          <w:p w14:paraId="3DF68B0B"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r>
      <w:tr w:rsidR="005F0B6D" w:rsidRPr="005F0B6D" w14:paraId="72E3DFE5" w14:textId="77777777" w:rsidTr="00246F38">
        <w:trPr>
          <w:trHeight w:val="720"/>
        </w:trPr>
        <w:tc>
          <w:tcPr>
            <w:tcW w:w="474" w:type="dxa"/>
            <w:vMerge/>
          </w:tcPr>
          <w:p w14:paraId="76B986B2"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c>
          <w:tcPr>
            <w:tcW w:w="3212" w:type="dxa"/>
            <w:vAlign w:val="center"/>
          </w:tcPr>
          <w:p w14:paraId="4671509A"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開発区域の面積</w:t>
            </w:r>
          </w:p>
        </w:tc>
        <w:tc>
          <w:tcPr>
            <w:tcW w:w="6095" w:type="dxa"/>
            <w:vAlign w:val="center"/>
          </w:tcPr>
          <w:p w14:paraId="042DFA31" w14:textId="77777777" w:rsidR="005F0B6D" w:rsidRPr="005F0B6D" w:rsidRDefault="005F0B6D" w:rsidP="005F0B6D">
            <w:pPr>
              <w:widowControl w:val="0"/>
              <w:wordWrap w:val="0"/>
              <w:spacing w:after="0" w:line="240" w:lineRule="auto"/>
              <w:jc w:val="right"/>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平方メートル　</w:t>
            </w:r>
          </w:p>
        </w:tc>
      </w:tr>
      <w:tr w:rsidR="005F0B6D" w:rsidRPr="005F0B6D" w14:paraId="65076277" w14:textId="77777777" w:rsidTr="00246F38">
        <w:trPr>
          <w:trHeight w:val="720"/>
        </w:trPr>
        <w:tc>
          <w:tcPr>
            <w:tcW w:w="474" w:type="dxa"/>
            <w:vMerge/>
          </w:tcPr>
          <w:p w14:paraId="2B1159F1"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c>
          <w:tcPr>
            <w:tcW w:w="3212" w:type="dxa"/>
            <w:vAlign w:val="center"/>
          </w:tcPr>
          <w:p w14:paraId="53B42ED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３　建築物の用途</w:t>
            </w:r>
          </w:p>
        </w:tc>
        <w:tc>
          <w:tcPr>
            <w:tcW w:w="6095" w:type="dxa"/>
            <w:vAlign w:val="center"/>
          </w:tcPr>
          <w:p w14:paraId="4276DCF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r>
      <w:tr w:rsidR="005F0B6D" w:rsidRPr="005F0B6D" w14:paraId="48840128" w14:textId="77777777" w:rsidTr="00246F38">
        <w:trPr>
          <w:trHeight w:val="720"/>
        </w:trPr>
        <w:tc>
          <w:tcPr>
            <w:tcW w:w="474" w:type="dxa"/>
            <w:vMerge/>
          </w:tcPr>
          <w:p w14:paraId="675969A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c>
          <w:tcPr>
            <w:tcW w:w="3212" w:type="dxa"/>
            <w:vAlign w:val="center"/>
          </w:tcPr>
          <w:p w14:paraId="6C3770F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４　工事の着手予定年月日</w:t>
            </w:r>
          </w:p>
        </w:tc>
        <w:tc>
          <w:tcPr>
            <w:tcW w:w="6095" w:type="dxa"/>
            <w:vAlign w:val="center"/>
          </w:tcPr>
          <w:p w14:paraId="25F52472" w14:textId="77777777" w:rsidR="005F0B6D" w:rsidRPr="005F0B6D" w:rsidRDefault="005F0B6D" w:rsidP="005F0B6D">
            <w:pPr>
              <w:widowControl w:val="0"/>
              <w:wordWrap w:val="0"/>
              <w:spacing w:after="0" w:line="240" w:lineRule="auto"/>
              <w:jc w:val="right"/>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年　　月　　日　</w:t>
            </w:r>
          </w:p>
        </w:tc>
      </w:tr>
      <w:tr w:rsidR="005F0B6D" w:rsidRPr="005F0B6D" w14:paraId="58728F6E" w14:textId="77777777" w:rsidTr="00246F38">
        <w:trPr>
          <w:trHeight w:val="720"/>
        </w:trPr>
        <w:tc>
          <w:tcPr>
            <w:tcW w:w="474" w:type="dxa"/>
            <w:vMerge/>
          </w:tcPr>
          <w:p w14:paraId="0B2D29E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c>
          <w:tcPr>
            <w:tcW w:w="3212" w:type="dxa"/>
            <w:vAlign w:val="center"/>
          </w:tcPr>
          <w:p w14:paraId="5EAD82F8"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５　工事の完了予定年月日</w:t>
            </w:r>
          </w:p>
        </w:tc>
        <w:tc>
          <w:tcPr>
            <w:tcW w:w="6095" w:type="dxa"/>
            <w:vAlign w:val="center"/>
          </w:tcPr>
          <w:p w14:paraId="41864E31" w14:textId="77777777" w:rsidR="005F0B6D" w:rsidRPr="005F0B6D" w:rsidRDefault="005F0B6D" w:rsidP="005F0B6D">
            <w:pPr>
              <w:widowControl w:val="0"/>
              <w:wordWrap w:val="0"/>
              <w:spacing w:after="0" w:line="240" w:lineRule="auto"/>
              <w:jc w:val="right"/>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年　　月　　日　</w:t>
            </w:r>
          </w:p>
        </w:tc>
      </w:tr>
      <w:tr w:rsidR="005F0B6D" w:rsidRPr="005F0B6D" w14:paraId="423F85F7" w14:textId="77777777" w:rsidTr="00246F38">
        <w:trPr>
          <w:trHeight w:val="720"/>
        </w:trPr>
        <w:tc>
          <w:tcPr>
            <w:tcW w:w="474" w:type="dxa"/>
            <w:vMerge/>
          </w:tcPr>
          <w:p w14:paraId="3DF562C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c>
          <w:tcPr>
            <w:tcW w:w="3212" w:type="dxa"/>
            <w:vAlign w:val="center"/>
          </w:tcPr>
          <w:p w14:paraId="09DC2546"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６　その他必要な事項</w:t>
            </w:r>
          </w:p>
        </w:tc>
        <w:tc>
          <w:tcPr>
            <w:tcW w:w="6095" w:type="dxa"/>
            <w:vAlign w:val="center"/>
          </w:tcPr>
          <w:p w14:paraId="5D8E96E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r>
    </w:tbl>
    <w:p w14:paraId="1A03261B" w14:textId="77777777" w:rsidR="005F0B6D" w:rsidRP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注　届出者が法人である場合においては、氏名は、その法人の名称及び代表者の氏名を記載すること。</w:t>
      </w:r>
    </w:p>
    <w:p w14:paraId="05D9975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078F29D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（添付図書）</w:t>
      </w:r>
    </w:p>
    <w:p w14:paraId="287D614B" w14:textId="77777777" w:rsidR="00223719"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・当該行為を行う土地の区域並びに当該区域内及び当該区域の周辺の公共施設を表示する図面</w:t>
      </w:r>
    </w:p>
    <w:p w14:paraId="02EB0133" w14:textId="3BAB36D1" w:rsidR="005F0B6D" w:rsidRPr="005F0B6D" w:rsidRDefault="00223719" w:rsidP="00223719">
      <w:pPr>
        <w:widowControl w:val="0"/>
        <w:spacing w:after="0" w:line="240" w:lineRule="auto"/>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 xml:space="preserve">　</w:t>
      </w:r>
      <w:r w:rsidR="005F0B6D" w:rsidRPr="005F0B6D">
        <w:rPr>
          <w:rFonts w:ascii="Century" w:eastAsia="ＭＳ 明朝" w:hAnsi="Century" w:cs="Times New Roman"/>
          <w:kern w:val="2"/>
          <w:szCs w:val="24"/>
          <w:lang w:eastAsia="ja-JP"/>
        </w:rPr>
        <w:t>で縮尺</w:t>
      </w:r>
      <w:r w:rsidR="005F0B6D" w:rsidRPr="005F0B6D">
        <w:rPr>
          <w:rFonts w:ascii="Century" w:eastAsia="ＭＳ 明朝" w:hAnsi="Century" w:cs="Times New Roman"/>
          <w:kern w:val="2"/>
          <w:szCs w:val="24"/>
          <w:lang w:eastAsia="ja-JP"/>
        </w:rPr>
        <w:t>1/1,000</w:t>
      </w:r>
      <w:r w:rsidR="005F0B6D" w:rsidRPr="005F0B6D">
        <w:rPr>
          <w:rFonts w:ascii="Century" w:eastAsia="ＭＳ 明朝" w:hAnsi="Century" w:cs="Times New Roman"/>
          <w:kern w:val="2"/>
          <w:szCs w:val="24"/>
          <w:lang w:eastAsia="ja-JP"/>
        </w:rPr>
        <w:t>以上のもの（現況図）</w:t>
      </w:r>
    </w:p>
    <w:p w14:paraId="0C99C1BF"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・設計図で縮尺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以上のもの（土地利用計画図）</w:t>
      </w:r>
    </w:p>
    <w:p w14:paraId="01AA630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w:t>
      </w:r>
    </w:p>
    <w:p w14:paraId="00A6D012"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・その他参考となるべき事項を記載した図書</w:t>
      </w:r>
    </w:p>
    <w:p w14:paraId="1A88EB68"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2155153C" w14:textId="77777777" w:rsidR="005F0B6D" w:rsidRDefault="005F0B6D" w:rsidP="00B5635F">
      <w:pPr>
        <w:spacing w:after="0" w:line="240" w:lineRule="auto"/>
        <w:rPr>
          <w:rFonts w:ascii="ＭＳ 明朝" w:eastAsia="ＭＳ 明朝" w:hAnsi="ＭＳ 明朝"/>
          <w:lang w:eastAsia="ja-JP"/>
        </w:rPr>
      </w:pPr>
    </w:p>
    <w:p w14:paraId="0711682D" w14:textId="77777777" w:rsidR="005F0B6D" w:rsidRDefault="005F0B6D" w:rsidP="00B5635F">
      <w:pPr>
        <w:spacing w:after="0" w:line="240" w:lineRule="auto"/>
        <w:rPr>
          <w:rFonts w:ascii="ＭＳ 明朝" w:eastAsia="ＭＳ 明朝" w:hAnsi="ＭＳ 明朝"/>
          <w:lang w:eastAsia="ja-JP"/>
        </w:rPr>
      </w:pPr>
    </w:p>
    <w:p w14:paraId="13B22C91" w14:textId="77777777" w:rsidR="00223719" w:rsidRDefault="00223719" w:rsidP="00B5635F">
      <w:pPr>
        <w:spacing w:after="0" w:line="240" w:lineRule="auto"/>
        <w:rPr>
          <w:rFonts w:ascii="ＭＳ 明朝" w:eastAsia="ＭＳ 明朝" w:hAnsi="ＭＳ 明朝"/>
          <w:lang w:eastAsia="ja-JP"/>
        </w:rPr>
      </w:pPr>
    </w:p>
    <w:p w14:paraId="50F9B665" w14:textId="77777777" w:rsidR="005F0B6D" w:rsidRDefault="005F0B6D" w:rsidP="00B5635F">
      <w:pPr>
        <w:spacing w:after="0" w:line="240" w:lineRule="auto"/>
        <w:rPr>
          <w:rFonts w:ascii="ＭＳ 明朝" w:eastAsia="ＭＳ 明朝" w:hAnsi="ＭＳ 明朝"/>
          <w:lang w:eastAsia="ja-JP"/>
        </w:rPr>
      </w:pPr>
    </w:p>
    <w:sectPr w:rsidR="005F0B6D"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64F0" w14:textId="77777777" w:rsidR="001B205A" w:rsidRDefault="001B205A" w:rsidP="00DB4341">
      <w:pPr>
        <w:spacing w:after="0" w:line="240" w:lineRule="auto"/>
      </w:pPr>
      <w:r>
        <w:separator/>
      </w:r>
    </w:p>
  </w:endnote>
  <w:endnote w:type="continuationSeparator" w:id="0">
    <w:p w14:paraId="4E7E45CA" w14:textId="77777777" w:rsidR="001B205A" w:rsidRDefault="001B205A"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Dutch"/>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98598" w14:textId="77777777" w:rsidR="001B205A" w:rsidRDefault="001B205A" w:rsidP="00DB4341">
      <w:pPr>
        <w:spacing w:after="0" w:line="240" w:lineRule="auto"/>
      </w:pPr>
      <w:r>
        <w:separator/>
      </w:r>
    </w:p>
  </w:footnote>
  <w:footnote w:type="continuationSeparator" w:id="0">
    <w:p w14:paraId="04AC5540" w14:textId="77777777" w:rsidR="001B205A" w:rsidRDefault="001B205A"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24275"/>
    <w:rsid w:val="00034616"/>
    <w:rsid w:val="000416FD"/>
    <w:rsid w:val="0005463F"/>
    <w:rsid w:val="0006063C"/>
    <w:rsid w:val="000A53FD"/>
    <w:rsid w:val="00127B71"/>
    <w:rsid w:val="0015074B"/>
    <w:rsid w:val="001900D6"/>
    <w:rsid w:val="001963A1"/>
    <w:rsid w:val="001B205A"/>
    <w:rsid w:val="001D1D11"/>
    <w:rsid w:val="001F090B"/>
    <w:rsid w:val="00223719"/>
    <w:rsid w:val="00261D3E"/>
    <w:rsid w:val="0027244B"/>
    <w:rsid w:val="0029639D"/>
    <w:rsid w:val="002C5F78"/>
    <w:rsid w:val="002C7E95"/>
    <w:rsid w:val="00326AA2"/>
    <w:rsid w:val="00326F90"/>
    <w:rsid w:val="00327A2B"/>
    <w:rsid w:val="00334B9A"/>
    <w:rsid w:val="00367F42"/>
    <w:rsid w:val="00377124"/>
    <w:rsid w:val="003A1875"/>
    <w:rsid w:val="0042219B"/>
    <w:rsid w:val="00452B80"/>
    <w:rsid w:val="004D2E29"/>
    <w:rsid w:val="004E0D31"/>
    <w:rsid w:val="004E0E09"/>
    <w:rsid w:val="00535EDE"/>
    <w:rsid w:val="00546EB0"/>
    <w:rsid w:val="005A4105"/>
    <w:rsid w:val="005B1C93"/>
    <w:rsid w:val="005C4D54"/>
    <w:rsid w:val="005F0B6D"/>
    <w:rsid w:val="00606D07"/>
    <w:rsid w:val="00653C2C"/>
    <w:rsid w:val="0067152B"/>
    <w:rsid w:val="00681F4E"/>
    <w:rsid w:val="006B61A0"/>
    <w:rsid w:val="006C79EF"/>
    <w:rsid w:val="006F2D23"/>
    <w:rsid w:val="00765C88"/>
    <w:rsid w:val="007923F4"/>
    <w:rsid w:val="007B71AD"/>
    <w:rsid w:val="00821D2C"/>
    <w:rsid w:val="008E1B87"/>
    <w:rsid w:val="00944E41"/>
    <w:rsid w:val="00945C3D"/>
    <w:rsid w:val="0099032F"/>
    <w:rsid w:val="00A00064"/>
    <w:rsid w:val="00A23D3E"/>
    <w:rsid w:val="00A81D40"/>
    <w:rsid w:val="00AA1D8D"/>
    <w:rsid w:val="00AC7C5E"/>
    <w:rsid w:val="00B47730"/>
    <w:rsid w:val="00B54DFB"/>
    <w:rsid w:val="00B5635F"/>
    <w:rsid w:val="00B929E1"/>
    <w:rsid w:val="00BA5237"/>
    <w:rsid w:val="00BA5EE5"/>
    <w:rsid w:val="00BB4B3E"/>
    <w:rsid w:val="00C83325"/>
    <w:rsid w:val="00C9278E"/>
    <w:rsid w:val="00CB0664"/>
    <w:rsid w:val="00CD49E2"/>
    <w:rsid w:val="00CE0A70"/>
    <w:rsid w:val="00CE5256"/>
    <w:rsid w:val="00D569E9"/>
    <w:rsid w:val="00D64763"/>
    <w:rsid w:val="00D64926"/>
    <w:rsid w:val="00DB4341"/>
    <w:rsid w:val="00DC72C1"/>
    <w:rsid w:val="00DF1018"/>
    <w:rsid w:val="00DF41F5"/>
    <w:rsid w:val="00E455D5"/>
    <w:rsid w:val="00EA54E6"/>
    <w:rsid w:val="00EC3529"/>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245</Characters>
  <Application>Microsoft Office Word</Application>
  <DocSecurity>0</DocSecurity>
  <Lines>40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2</cp:revision>
  <dcterms:created xsi:type="dcterms:W3CDTF">2026-07-27T06:35:00Z</dcterms:created>
  <dcterms:modified xsi:type="dcterms:W3CDTF">2026-07-27T06:35:00Z</dcterms:modified>
  <cp:category/>
</cp:coreProperties>
</file>