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B9AF8" w14:textId="77777777" w:rsidR="005F0B6D" w:rsidRPr="005F0B6D" w:rsidRDefault="005F0B6D" w:rsidP="005F0B6D">
      <w:pPr>
        <w:widowControl w:val="0"/>
        <w:spacing w:after="0" w:line="240" w:lineRule="auto"/>
        <w:jc w:val="both"/>
        <w:rPr>
          <w:rFonts w:ascii="ＭＳ 明朝" w:eastAsia="ＭＳ 明朝" w:hAnsi="ＭＳ 明朝" w:cs="ＭＳ明朝-WinCharSetFFFF-H"/>
          <w:sz w:val="24"/>
          <w:szCs w:val="24"/>
          <w:lang w:eastAsia="ja-JP"/>
        </w:rPr>
      </w:pPr>
      <w:r w:rsidRPr="005F0B6D">
        <w:rPr>
          <w:rFonts w:ascii="Century" w:eastAsia="ＭＳ 明朝" w:hAnsi="Century" w:cs="Times New Roman"/>
          <w:kern w:val="2"/>
          <w:szCs w:val="24"/>
          <w:lang w:eastAsia="ja-JP"/>
        </w:rPr>
        <w:t>様式第</w:t>
      </w:r>
      <w:r w:rsidRPr="005F0B6D">
        <w:rPr>
          <w:rFonts w:ascii="Century" w:eastAsia="ＭＳ 明朝" w:hAnsi="Century" w:cs="Times New Roman"/>
          <w:kern w:val="2"/>
          <w:szCs w:val="24"/>
          <w:lang w:eastAsia="ja-JP"/>
        </w:rPr>
        <w:t>7</w:t>
      </w:r>
      <w:r w:rsidRPr="005F0B6D">
        <w:rPr>
          <w:rFonts w:ascii="Century" w:eastAsia="ＭＳ 明朝" w:hAnsi="Century" w:cs="Times New Roman"/>
          <w:kern w:val="2"/>
          <w:szCs w:val="24"/>
          <w:lang w:eastAsia="ja-JP"/>
        </w:rPr>
        <w:t>号</w:t>
      </w:r>
    </w:p>
    <w:p w14:paraId="3F34E693" w14:textId="77777777" w:rsidR="005F0B6D" w:rsidRPr="005F0B6D" w:rsidRDefault="005F0B6D" w:rsidP="005F0B6D">
      <w:pPr>
        <w:widowControl w:val="0"/>
        <w:autoSpaceDE w:val="0"/>
        <w:autoSpaceDN w:val="0"/>
        <w:adjustRightInd w:val="0"/>
        <w:spacing w:after="0" w:line="240" w:lineRule="auto"/>
        <w:jc w:val="center"/>
        <w:rPr>
          <w:rFonts w:ascii="ＭＳ 明朝" w:eastAsia="ＭＳ 明朝" w:hAnsi="ＭＳ 明朝" w:cs="ＭＳ明朝-WinCharSetFFFF-H"/>
          <w:sz w:val="24"/>
          <w:szCs w:val="24"/>
          <w:lang w:eastAsia="ja-JP"/>
        </w:rPr>
      </w:pPr>
      <w:r w:rsidRPr="005F0B6D">
        <w:rPr>
          <w:rFonts w:ascii="ＭＳ 明朝" w:eastAsia="ＭＳ 明朝" w:hAnsi="ＭＳ 明朝" w:cs="ＭＳ明朝-WinCharSetFFFF-H"/>
          <w:sz w:val="24"/>
          <w:szCs w:val="24"/>
          <w:lang w:eastAsia="ja-JP"/>
        </w:rPr>
        <w:t>誘導施設の休廃止届出書</w:t>
      </w:r>
    </w:p>
    <w:p w14:paraId="6B7E5E01" w14:textId="77777777" w:rsidR="005F0B6D" w:rsidRPr="005F0B6D" w:rsidRDefault="005F0B6D" w:rsidP="005F0B6D">
      <w:pPr>
        <w:widowControl w:val="0"/>
        <w:autoSpaceDE w:val="0"/>
        <w:autoSpaceDN w:val="0"/>
        <w:adjustRightInd w:val="0"/>
        <w:spacing w:after="0" w:line="240" w:lineRule="auto"/>
        <w:jc w:val="right"/>
        <w:rPr>
          <w:rFonts w:ascii="ＭＳ 明朝" w:eastAsia="ＭＳ 明朝" w:hAnsi="ＭＳ 明朝" w:cs="ＭＳ明朝-WinCharSetFFFF-H"/>
          <w:szCs w:val="24"/>
          <w:lang w:eastAsia="ja-JP"/>
        </w:rPr>
      </w:pPr>
    </w:p>
    <w:p w14:paraId="69E94CF0" w14:textId="77777777" w:rsidR="005F0B6D" w:rsidRPr="005F0B6D" w:rsidRDefault="005F0B6D" w:rsidP="005F0B6D">
      <w:pPr>
        <w:widowControl w:val="0"/>
        <w:autoSpaceDE w:val="0"/>
        <w:autoSpaceDN w:val="0"/>
        <w:adjustRightInd w:val="0"/>
        <w:spacing w:after="0" w:line="240" w:lineRule="auto"/>
        <w:jc w:val="right"/>
        <w:rPr>
          <w:rFonts w:ascii="ＭＳ 明朝" w:eastAsia="ＭＳ 明朝" w:hAnsi="ＭＳ 明朝" w:cs="ＭＳ明朝-WinCharSetFFFF-H"/>
          <w:szCs w:val="24"/>
          <w:lang w:eastAsia="ja-JP"/>
        </w:rPr>
      </w:pPr>
      <w:r w:rsidRPr="005F0B6D">
        <w:rPr>
          <w:rFonts w:ascii="ＭＳ 明朝" w:eastAsia="ＭＳ 明朝" w:hAnsi="ＭＳ 明朝" w:cs="ＭＳ明朝-WinCharSetFFFF-H"/>
          <w:szCs w:val="24"/>
          <w:lang w:eastAsia="ja-JP"/>
        </w:rPr>
        <w:t xml:space="preserve">　　年　　月　　日</w:t>
      </w:r>
    </w:p>
    <w:p w14:paraId="5817C92C" w14:textId="77777777" w:rsidR="005F0B6D" w:rsidRPr="005F0B6D" w:rsidRDefault="005F0B6D" w:rsidP="005F0B6D">
      <w:pPr>
        <w:widowControl w:val="0"/>
        <w:autoSpaceDE w:val="0"/>
        <w:autoSpaceDN w:val="0"/>
        <w:adjustRightInd w:val="0"/>
        <w:spacing w:after="0" w:line="240" w:lineRule="auto"/>
        <w:rPr>
          <w:rFonts w:ascii="ＭＳ 明朝" w:eastAsia="ＭＳ 明朝" w:hAnsi="ＭＳ 明朝" w:cs="ＭＳ明朝-WinCharSetFFFF-H"/>
          <w:szCs w:val="24"/>
          <w:lang w:eastAsia="ja-JP"/>
        </w:rPr>
      </w:pPr>
    </w:p>
    <w:p w14:paraId="238D9373" w14:textId="6FE5C74A" w:rsidR="005F0B6D" w:rsidRPr="005F0B6D" w:rsidRDefault="000150D7" w:rsidP="005F0B6D">
      <w:pPr>
        <w:widowControl w:val="0"/>
        <w:autoSpaceDE w:val="0"/>
        <w:autoSpaceDN w:val="0"/>
        <w:adjustRightInd w:val="0"/>
        <w:spacing w:after="0" w:line="240" w:lineRule="auto"/>
        <w:ind w:firstLineChars="100" w:firstLine="220"/>
        <w:rPr>
          <w:rFonts w:ascii="ＭＳ 明朝" w:eastAsia="ＭＳ 明朝" w:hAnsi="ＭＳ 明朝" w:cs="ＭＳ明朝-WinCharSetFFFF-H"/>
          <w:szCs w:val="24"/>
          <w:lang w:eastAsia="ja-JP"/>
        </w:rPr>
      </w:pPr>
      <w:r>
        <w:rPr>
          <w:rFonts w:ascii="ＭＳ 明朝" w:eastAsia="ＭＳ 明朝" w:hAnsi="ＭＳ 明朝" w:cs="ＭＳ明朝-WinCharSetFFFF-H" w:hint="eastAsia"/>
          <w:szCs w:val="24"/>
          <w:lang w:eastAsia="ja-JP"/>
        </w:rPr>
        <w:t>山元町長</w:t>
      </w:r>
      <w:r w:rsidR="0025025F">
        <w:rPr>
          <w:rFonts w:ascii="ＭＳ 明朝" w:eastAsia="ＭＳ 明朝" w:hAnsi="ＭＳ 明朝" w:cs="ＭＳ明朝-WinCharSetFFFF-H" w:hint="eastAsia"/>
          <w:szCs w:val="24"/>
          <w:lang w:eastAsia="ja-JP"/>
        </w:rPr>
        <w:t xml:space="preserve">　　　　　殿</w:t>
      </w:r>
    </w:p>
    <w:p w14:paraId="095E5CED" w14:textId="77777777" w:rsidR="005F0B6D" w:rsidRPr="005F0B6D" w:rsidRDefault="005F0B6D" w:rsidP="005F0B6D">
      <w:pPr>
        <w:widowControl w:val="0"/>
        <w:autoSpaceDE w:val="0"/>
        <w:autoSpaceDN w:val="0"/>
        <w:adjustRightInd w:val="0"/>
        <w:spacing w:after="0" w:line="240" w:lineRule="auto"/>
        <w:rPr>
          <w:rFonts w:ascii="ＭＳ 明朝" w:eastAsia="ＭＳ 明朝" w:hAnsi="ＭＳ 明朝" w:cs="ＭＳ明朝-WinCharSetFFFF-H"/>
          <w:szCs w:val="24"/>
          <w:lang w:eastAsia="ja-JP"/>
        </w:rPr>
      </w:pPr>
    </w:p>
    <w:p w14:paraId="3F4D0F5A" w14:textId="258BA238" w:rsidR="0025025F" w:rsidRDefault="0025025F" w:rsidP="0025025F">
      <w:pPr>
        <w:spacing w:afterLines="50" w:after="120" w:line="0" w:lineRule="atLeast"/>
        <w:ind w:firstLineChars="2000" w:firstLine="4400"/>
        <w:rPr>
          <w:lang w:eastAsia="ja-JP"/>
        </w:rPr>
      </w:pPr>
      <w:r w:rsidRPr="005F0B6D">
        <w:rPr>
          <w:rFonts w:ascii="Century" w:eastAsia="ＭＳ 明朝" w:hAnsi="Century" w:cs="Times New Roman"/>
          <w:kern w:val="2"/>
          <w:szCs w:val="24"/>
          <w:lang w:eastAsia="ja-JP"/>
        </w:rPr>
        <w:t xml:space="preserve">　</w:t>
      </w:r>
      <w:r w:rsidRPr="00F543A7">
        <w:rPr>
          <w:rFonts w:hint="eastAsia"/>
          <w:lang w:eastAsia="ja-JP"/>
        </w:rPr>
        <w:t>届出者　住　所</w:t>
      </w:r>
      <w:r>
        <w:rPr>
          <w:rFonts w:hint="eastAsia"/>
          <w:lang w:eastAsia="ja-JP"/>
        </w:rPr>
        <w:t xml:space="preserve">　　</w:t>
      </w:r>
    </w:p>
    <w:p w14:paraId="22A33A1F" w14:textId="78DAF843" w:rsidR="0025025F" w:rsidRDefault="0025025F" w:rsidP="002E3F3D">
      <w:pPr>
        <w:spacing w:afterLines="50" w:after="120" w:line="0" w:lineRule="atLeast"/>
        <w:ind w:firstLineChars="2500" w:firstLine="5500"/>
        <w:rPr>
          <w:lang w:eastAsia="ja-JP"/>
        </w:rPr>
      </w:pPr>
      <w:r>
        <w:rPr>
          <w:rFonts w:hint="eastAsia"/>
          <w:lang w:eastAsia="ja-JP"/>
        </w:rPr>
        <w:t xml:space="preserve">氏　名　</w:t>
      </w:r>
    </w:p>
    <w:p w14:paraId="6AF969D6" w14:textId="70BE7DDB" w:rsidR="0025025F" w:rsidRDefault="0025025F" w:rsidP="0025025F">
      <w:pPr>
        <w:spacing w:afterLines="50" w:after="120" w:line="0" w:lineRule="atLeast"/>
        <w:ind w:firstLineChars="2500" w:firstLine="5500"/>
        <w:rPr>
          <w:lang w:eastAsia="ja-JP"/>
        </w:rPr>
      </w:pPr>
      <w:proofErr w:type="spellStart"/>
      <w:r>
        <w:rPr>
          <w:rFonts w:hint="eastAsia"/>
        </w:rPr>
        <w:t>連絡先</w:t>
      </w:r>
      <w:proofErr w:type="spellEnd"/>
      <w:r>
        <w:rPr>
          <w:rFonts w:hint="eastAsia"/>
        </w:rPr>
        <w:t xml:space="preserve">　</w:t>
      </w:r>
    </w:p>
    <w:p w14:paraId="1DC4CDDB" w14:textId="77777777" w:rsidR="005F0B6D" w:rsidRPr="005F0B6D" w:rsidRDefault="005F0B6D" w:rsidP="0025025F">
      <w:pPr>
        <w:widowControl w:val="0"/>
        <w:autoSpaceDE w:val="0"/>
        <w:autoSpaceDN w:val="0"/>
        <w:adjustRightInd w:val="0"/>
        <w:spacing w:after="0" w:line="240" w:lineRule="auto"/>
        <w:ind w:right="880"/>
        <w:rPr>
          <w:rFonts w:ascii="ＭＳ 明朝" w:eastAsia="ＭＳ 明朝" w:hAnsi="ＭＳ 明朝" w:cs="ＭＳ明朝-WinCharSetFFFF-H"/>
          <w:szCs w:val="24"/>
          <w:lang w:eastAsia="ja-JP"/>
        </w:rPr>
      </w:pPr>
    </w:p>
    <w:p w14:paraId="221A1DD8" w14:textId="098F9EDA" w:rsidR="005F0B6D" w:rsidRPr="005F0B6D" w:rsidRDefault="00C662AC" w:rsidP="00C662AC">
      <w:pPr>
        <w:widowControl w:val="0"/>
        <w:autoSpaceDE w:val="0"/>
        <w:autoSpaceDN w:val="0"/>
        <w:adjustRightInd w:val="0"/>
        <w:spacing w:after="0" w:line="240" w:lineRule="auto"/>
        <w:ind w:leftChars="150" w:left="330" w:rightChars="100" w:right="220" w:firstLineChars="100" w:firstLine="220"/>
        <w:rPr>
          <w:rFonts w:ascii="ＭＳ 明朝" w:eastAsia="ＭＳ 明朝" w:hAnsi="ＭＳ 明朝" w:cs="ＭＳ明朝-WinCharSetFFFF-H"/>
          <w:szCs w:val="24"/>
          <w:lang w:eastAsia="ja-JP"/>
        </w:rPr>
      </w:pPr>
      <w:r w:rsidRPr="005F0B6D">
        <w:rPr>
          <w:rFonts w:ascii="ＭＳ 明朝" w:eastAsia="ＭＳ 明朝" w:hAnsi="ＭＳ 明朝" w:cs="ＭＳ明朝-WinCharSetFFFF-H"/>
          <w:szCs w:val="24"/>
          <w:lang w:eastAsia="ja-JP"/>
        </w:rPr>
        <w:t>都市再生特別措置法第１０８条の２第１項の規定に基づき、誘導施設の（休止・廃止）について、下記により届け出ます。</w:t>
      </w:r>
    </w:p>
    <w:p w14:paraId="5EF7AA0A" w14:textId="77777777" w:rsidR="005F0B6D" w:rsidRPr="005F0B6D" w:rsidRDefault="005F0B6D" w:rsidP="005F0B6D">
      <w:pPr>
        <w:widowControl w:val="0"/>
        <w:autoSpaceDE w:val="0"/>
        <w:autoSpaceDN w:val="0"/>
        <w:adjustRightInd w:val="0"/>
        <w:spacing w:after="0" w:line="240" w:lineRule="auto"/>
        <w:rPr>
          <w:rFonts w:ascii="ＭＳ 明朝" w:eastAsia="ＭＳ 明朝" w:hAnsi="ＭＳ 明朝" w:cs="ＭＳ明朝-WinCharSetFFFF-H"/>
          <w:szCs w:val="24"/>
          <w:lang w:eastAsia="ja-JP"/>
        </w:rPr>
      </w:pPr>
    </w:p>
    <w:p w14:paraId="5E433D86" w14:textId="77777777" w:rsidR="005F0B6D" w:rsidRPr="005F0B6D" w:rsidRDefault="005F0B6D" w:rsidP="005F0B6D">
      <w:pPr>
        <w:widowControl w:val="0"/>
        <w:autoSpaceDE w:val="0"/>
        <w:autoSpaceDN w:val="0"/>
        <w:adjustRightInd w:val="0"/>
        <w:spacing w:after="0" w:line="240" w:lineRule="auto"/>
        <w:jc w:val="center"/>
        <w:rPr>
          <w:rFonts w:ascii="ＭＳ 明朝" w:eastAsia="ＭＳ 明朝" w:hAnsi="ＭＳ 明朝" w:cs="ＭＳ明朝-WinCharSetFFFF-H"/>
          <w:szCs w:val="24"/>
          <w:lang w:eastAsia="ja-JP"/>
        </w:rPr>
      </w:pPr>
      <w:r w:rsidRPr="005F0B6D">
        <w:rPr>
          <w:rFonts w:ascii="ＭＳ 明朝" w:eastAsia="ＭＳ 明朝" w:hAnsi="ＭＳ 明朝" w:cs="ＭＳ明朝-WinCharSetFFFF-H"/>
          <w:szCs w:val="24"/>
          <w:lang w:eastAsia="ja-JP"/>
        </w:rPr>
        <w:t>記</w:t>
      </w:r>
    </w:p>
    <w:p w14:paraId="549C37D0" w14:textId="77777777" w:rsidR="005F0B6D" w:rsidRPr="005F0B6D" w:rsidRDefault="005F0B6D" w:rsidP="005F0B6D">
      <w:pPr>
        <w:widowControl w:val="0"/>
        <w:autoSpaceDE w:val="0"/>
        <w:autoSpaceDN w:val="0"/>
        <w:adjustRightInd w:val="0"/>
        <w:spacing w:after="0" w:line="240" w:lineRule="auto"/>
        <w:rPr>
          <w:rFonts w:ascii="ＭＳ 明朝" w:eastAsia="ＭＳ 明朝" w:hAnsi="ＭＳ 明朝" w:cs="ＭＳ明朝-WinCharSetFFFF-H"/>
          <w:szCs w:val="24"/>
          <w:lang w:eastAsia="ja-JP"/>
        </w:rPr>
      </w:pPr>
    </w:p>
    <w:p w14:paraId="08160341" w14:textId="77777777" w:rsidR="005F0B6D" w:rsidRDefault="005F0B6D" w:rsidP="0025025F">
      <w:pPr>
        <w:widowControl w:val="0"/>
        <w:autoSpaceDE w:val="0"/>
        <w:autoSpaceDN w:val="0"/>
        <w:adjustRightInd w:val="0"/>
        <w:spacing w:afterLines="50" w:after="120" w:line="240" w:lineRule="auto"/>
        <w:ind w:leftChars="150" w:left="330" w:rightChars="150" w:right="330"/>
        <w:rPr>
          <w:rFonts w:ascii="ＭＳ 明朝" w:eastAsia="ＭＳ 明朝" w:hAnsi="ＭＳ 明朝" w:cs="ＭＳ明朝-WinCharSetFFFF-H"/>
          <w:szCs w:val="24"/>
          <w:lang w:eastAsia="ja-JP"/>
        </w:rPr>
      </w:pPr>
      <w:r w:rsidRPr="005F0B6D">
        <w:rPr>
          <w:rFonts w:ascii="ＭＳ 明朝" w:eastAsia="ＭＳ 明朝" w:hAnsi="ＭＳ 明朝" w:cs="ＭＳ明朝-WinCharSetFFFF-H"/>
          <w:szCs w:val="24"/>
          <w:lang w:eastAsia="ja-JP"/>
        </w:rPr>
        <w:t>１　休止（廃止）しようとする誘導施設の名称、用途および所在地</w:t>
      </w:r>
    </w:p>
    <w:p w14:paraId="0572A3E4" w14:textId="56EF1EA9" w:rsidR="0025025F" w:rsidRPr="005F0B6D" w:rsidRDefault="0025025F" w:rsidP="002E3F3D">
      <w:pPr>
        <w:widowControl w:val="0"/>
        <w:autoSpaceDE w:val="0"/>
        <w:autoSpaceDN w:val="0"/>
        <w:adjustRightInd w:val="0"/>
        <w:spacing w:afterLines="50" w:after="120" w:line="240" w:lineRule="auto"/>
        <w:ind w:leftChars="150" w:left="330" w:rightChars="150" w:right="330"/>
        <w:rPr>
          <w:rFonts w:ascii="ＭＳ 明朝" w:eastAsia="ＭＳ 明朝" w:hAnsi="ＭＳ 明朝" w:cs="ＭＳ明朝-WinCharSetFFFF-H"/>
          <w:szCs w:val="24"/>
          <w:lang w:eastAsia="ja-JP"/>
        </w:rPr>
      </w:pPr>
      <w:r>
        <w:rPr>
          <w:rFonts w:ascii="ＭＳ 明朝" w:eastAsia="ＭＳ 明朝" w:hAnsi="ＭＳ 明朝" w:cs="ＭＳ明朝-WinCharSetFFFF-H" w:hint="eastAsia"/>
          <w:szCs w:val="24"/>
          <w:lang w:eastAsia="ja-JP"/>
        </w:rPr>
        <w:t xml:space="preserve">　</w:t>
      </w:r>
    </w:p>
    <w:p w14:paraId="4F877C2D" w14:textId="77777777" w:rsidR="005F0B6D" w:rsidRPr="0025025F" w:rsidRDefault="005F0B6D" w:rsidP="005F0B6D">
      <w:pPr>
        <w:widowControl w:val="0"/>
        <w:autoSpaceDE w:val="0"/>
        <w:autoSpaceDN w:val="0"/>
        <w:adjustRightInd w:val="0"/>
        <w:spacing w:after="0" w:line="240" w:lineRule="auto"/>
        <w:ind w:leftChars="150" w:left="330" w:rightChars="150" w:right="330"/>
        <w:rPr>
          <w:rFonts w:ascii="ＭＳ 明朝" w:eastAsia="ＭＳ 明朝" w:hAnsi="ＭＳ 明朝" w:cs="ＭＳ明朝-WinCharSetFFFF-H"/>
          <w:sz w:val="16"/>
          <w:szCs w:val="18"/>
          <w:lang w:eastAsia="ja-JP"/>
        </w:rPr>
      </w:pPr>
    </w:p>
    <w:p w14:paraId="1BB3A098" w14:textId="77777777" w:rsidR="005F0B6D" w:rsidRDefault="005F0B6D" w:rsidP="0025025F">
      <w:pPr>
        <w:widowControl w:val="0"/>
        <w:autoSpaceDE w:val="0"/>
        <w:autoSpaceDN w:val="0"/>
        <w:adjustRightInd w:val="0"/>
        <w:spacing w:afterLines="50" w:after="120" w:line="240" w:lineRule="auto"/>
        <w:ind w:leftChars="150" w:left="330" w:rightChars="150" w:right="330"/>
        <w:rPr>
          <w:rFonts w:ascii="ＭＳ 明朝" w:eastAsia="ＭＳ 明朝" w:hAnsi="ＭＳ 明朝" w:cs="ＭＳ明朝-WinCharSetFFFF-H"/>
          <w:szCs w:val="24"/>
          <w:lang w:eastAsia="ja-JP"/>
        </w:rPr>
      </w:pPr>
      <w:r w:rsidRPr="005F0B6D">
        <w:rPr>
          <w:rFonts w:ascii="ＭＳ 明朝" w:eastAsia="ＭＳ 明朝" w:hAnsi="ＭＳ 明朝" w:cs="ＭＳ明朝-WinCharSetFFFF-H"/>
          <w:szCs w:val="24"/>
          <w:lang w:eastAsia="ja-JP"/>
        </w:rPr>
        <w:t>２　休止（廃止）しようとする年月日</w:t>
      </w:r>
    </w:p>
    <w:p w14:paraId="5E5DDF67" w14:textId="2E782D03" w:rsidR="0025025F" w:rsidRPr="005F0B6D" w:rsidRDefault="0025025F" w:rsidP="005F0B6D">
      <w:pPr>
        <w:widowControl w:val="0"/>
        <w:autoSpaceDE w:val="0"/>
        <w:autoSpaceDN w:val="0"/>
        <w:adjustRightInd w:val="0"/>
        <w:spacing w:after="0" w:line="240" w:lineRule="auto"/>
        <w:ind w:leftChars="150" w:left="330" w:rightChars="150" w:right="330"/>
        <w:rPr>
          <w:rFonts w:ascii="ＭＳ 明朝" w:eastAsia="ＭＳ 明朝" w:hAnsi="ＭＳ 明朝" w:cs="ＭＳ明朝-WinCharSetFFFF-H"/>
          <w:szCs w:val="24"/>
          <w:lang w:eastAsia="ja-JP"/>
        </w:rPr>
      </w:pPr>
      <w:r>
        <w:rPr>
          <w:rFonts w:ascii="ＭＳ 明朝" w:eastAsia="ＭＳ 明朝" w:hAnsi="ＭＳ 明朝" w:cs="ＭＳ明朝-WinCharSetFFFF-H" w:hint="eastAsia"/>
          <w:szCs w:val="24"/>
          <w:lang w:eastAsia="ja-JP"/>
        </w:rPr>
        <w:t xml:space="preserve">　　</w:t>
      </w:r>
    </w:p>
    <w:p w14:paraId="55249D51" w14:textId="77777777" w:rsidR="005F0B6D" w:rsidRPr="0025025F" w:rsidRDefault="005F0B6D" w:rsidP="005F0B6D">
      <w:pPr>
        <w:widowControl w:val="0"/>
        <w:autoSpaceDE w:val="0"/>
        <w:autoSpaceDN w:val="0"/>
        <w:adjustRightInd w:val="0"/>
        <w:spacing w:after="0" w:line="240" w:lineRule="auto"/>
        <w:ind w:leftChars="150" w:left="330" w:rightChars="150" w:right="330"/>
        <w:rPr>
          <w:rFonts w:ascii="ＭＳ 明朝" w:eastAsia="ＭＳ 明朝" w:hAnsi="ＭＳ 明朝" w:cs="ＭＳ明朝-WinCharSetFFFF-H"/>
          <w:sz w:val="16"/>
          <w:szCs w:val="18"/>
          <w:lang w:eastAsia="ja-JP"/>
        </w:rPr>
      </w:pPr>
    </w:p>
    <w:p w14:paraId="78B40BCE" w14:textId="77777777" w:rsidR="005F0B6D" w:rsidRDefault="005F0B6D" w:rsidP="005F0B6D">
      <w:pPr>
        <w:widowControl w:val="0"/>
        <w:autoSpaceDE w:val="0"/>
        <w:autoSpaceDN w:val="0"/>
        <w:adjustRightInd w:val="0"/>
        <w:spacing w:after="0" w:line="240" w:lineRule="auto"/>
        <w:ind w:leftChars="150" w:left="330" w:rightChars="150" w:right="330"/>
        <w:rPr>
          <w:rFonts w:ascii="ＭＳ 明朝" w:eastAsia="ＭＳ 明朝" w:hAnsi="ＭＳ 明朝" w:cs="ＭＳ明朝-WinCharSetFFFF-H"/>
          <w:szCs w:val="24"/>
          <w:lang w:eastAsia="ja-JP"/>
        </w:rPr>
      </w:pPr>
      <w:r w:rsidRPr="005F0B6D">
        <w:rPr>
          <w:rFonts w:ascii="ＭＳ 明朝" w:eastAsia="ＭＳ 明朝" w:hAnsi="ＭＳ 明朝" w:cs="ＭＳ明朝-WinCharSetFFFF-H"/>
          <w:szCs w:val="24"/>
          <w:lang w:eastAsia="ja-JP"/>
        </w:rPr>
        <w:t>３　休止しようとする場合にあっては、その期間</w:t>
      </w:r>
    </w:p>
    <w:p w14:paraId="53D13C70" w14:textId="77777777" w:rsidR="0025025F" w:rsidRPr="005F0B6D" w:rsidRDefault="0025025F" w:rsidP="005F0B6D">
      <w:pPr>
        <w:widowControl w:val="0"/>
        <w:autoSpaceDE w:val="0"/>
        <w:autoSpaceDN w:val="0"/>
        <w:adjustRightInd w:val="0"/>
        <w:spacing w:after="0" w:line="240" w:lineRule="auto"/>
        <w:ind w:leftChars="150" w:left="330" w:rightChars="150" w:right="330"/>
        <w:rPr>
          <w:rFonts w:ascii="ＭＳ 明朝" w:eastAsia="ＭＳ 明朝" w:hAnsi="ＭＳ 明朝" w:cs="ＭＳ明朝-WinCharSetFFFF-H"/>
          <w:szCs w:val="24"/>
          <w:lang w:eastAsia="ja-JP"/>
        </w:rPr>
      </w:pPr>
    </w:p>
    <w:p w14:paraId="2E35E6CE" w14:textId="77777777" w:rsidR="005F0B6D" w:rsidRPr="005F0B6D" w:rsidRDefault="005F0B6D" w:rsidP="005F0B6D">
      <w:pPr>
        <w:widowControl w:val="0"/>
        <w:autoSpaceDE w:val="0"/>
        <w:autoSpaceDN w:val="0"/>
        <w:adjustRightInd w:val="0"/>
        <w:spacing w:after="0" w:line="240" w:lineRule="auto"/>
        <w:ind w:leftChars="150" w:left="330" w:rightChars="150" w:right="330"/>
        <w:rPr>
          <w:rFonts w:ascii="ＭＳ 明朝" w:eastAsia="ＭＳ 明朝" w:hAnsi="ＭＳ 明朝" w:cs="ＭＳ明朝-WinCharSetFFFF-H"/>
          <w:szCs w:val="24"/>
          <w:lang w:eastAsia="ja-JP"/>
        </w:rPr>
      </w:pPr>
    </w:p>
    <w:p w14:paraId="64E4482C" w14:textId="77777777" w:rsidR="005F0B6D" w:rsidRPr="005F0B6D" w:rsidRDefault="005F0B6D" w:rsidP="005F0B6D">
      <w:pPr>
        <w:widowControl w:val="0"/>
        <w:autoSpaceDE w:val="0"/>
        <w:autoSpaceDN w:val="0"/>
        <w:adjustRightInd w:val="0"/>
        <w:spacing w:after="0" w:line="240" w:lineRule="auto"/>
        <w:ind w:leftChars="150" w:left="330" w:rightChars="150" w:right="330"/>
        <w:rPr>
          <w:rFonts w:ascii="ＭＳ 明朝" w:eastAsia="ＭＳ 明朝" w:hAnsi="ＭＳ 明朝" w:cs="ＭＳ明朝-WinCharSetFFFF-H"/>
          <w:szCs w:val="24"/>
          <w:lang w:eastAsia="ja-JP"/>
        </w:rPr>
      </w:pPr>
      <w:r w:rsidRPr="005F0B6D">
        <w:rPr>
          <w:rFonts w:ascii="ＭＳ 明朝" w:eastAsia="ＭＳ 明朝" w:hAnsi="ＭＳ 明朝" w:cs="ＭＳ明朝-WinCharSetFFFF-H"/>
          <w:szCs w:val="24"/>
          <w:lang w:eastAsia="ja-JP"/>
        </w:rPr>
        <w:t>４　休止（廃止）に伴う措置</w:t>
      </w:r>
    </w:p>
    <w:p w14:paraId="24B1A9EF" w14:textId="77777777" w:rsidR="005F0B6D" w:rsidRDefault="005F0B6D" w:rsidP="0025025F">
      <w:pPr>
        <w:widowControl w:val="0"/>
        <w:numPr>
          <w:ilvl w:val="0"/>
          <w:numId w:val="10"/>
        </w:numPr>
        <w:autoSpaceDE w:val="0"/>
        <w:autoSpaceDN w:val="0"/>
        <w:adjustRightInd w:val="0"/>
        <w:spacing w:afterLines="50" w:after="120" w:line="240" w:lineRule="auto"/>
        <w:ind w:left="884" w:rightChars="150" w:right="330" w:hanging="357"/>
        <w:jc w:val="both"/>
        <w:rPr>
          <w:rFonts w:ascii="ＭＳ 明朝" w:eastAsia="ＭＳ 明朝" w:hAnsi="ＭＳ 明朝" w:cs="ＭＳ明朝-WinCharSetFFFF-H"/>
          <w:szCs w:val="24"/>
          <w:lang w:eastAsia="ja-JP"/>
        </w:rPr>
      </w:pPr>
      <w:r w:rsidRPr="005F0B6D">
        <w:rPr>
          <w:rFonts w:ascii="ＭＳ 明朝" w:eastAsia="ＭＳ 明朝" w:hAnsi="ＭＳ 明朝" w:cs="ＭＳ明朝-WinCharSetFFFF-H"/>
          <w:szCs w:val="24"/>
          <w:lang w:eastAsia="ja-JP"/>
        </w:rPr>
        <w:t xml:space="preserve">　休止（廃止）後に誘導施設を有する建築物を使用する予定がある場合、予定される当該建築物の用途</w:t>
      </w:r>
    </w:p>
    <w:p w14:paraId="4ED10985" w14:textId="2CB13D5F" w:rsidR="005F0B6D" w:rsidRPr="005F0B6D" w:rsidRDefault="0025025F" w:rsidP="002E3F3D">
      <w:pPr>
        <w:widowControl w:val="0"/>
        <w:autoSpaceDE w:val="0"/>
        <w:autoSpaceDN w:val="0"/>
        <w:adjustRightInd w:val="0"/>
        <w:spacing w:after="0" w:line="240" w:lineRule="auto"/>
        <w:ind w:left="885" w:rightChars="150" w:right="330"/>
        <w:jc w:val="both"/>
        <w:rPr>
          <w:rFonts w:ascii="ＭＳ 明朝" w:eastAsia="ＭＳ 明朝" w:hAnsi="ＭＳ 明朝" w:cs="ＭＳ明朝-WinCharSetFFFF-H"/>
          <w:szCs w:val="24"/>
          <w:lang w:eastAsia="ja-JP"/>
        </w:rPr>
      </w:pPr>
      <w:r>
        <w:rPr>
          <w:rFonts w:ascii="ＭＳ 明朝" w:eastAsia="ＭＳ 明朝" w:hAnsi="ＭＳ 明朝" w:cs="ＭＳ明朝-WinCharSetFFFF-H" w:hint="eastAsia"/>
          <w:szCs w:val="24"/>
          <w:lang w:eastAsia="ja-JP"/>
        </w:rPr>
        <w:t xml:space="preserve">　</w:t>
      </w:r>
    </w:p>
    <w:p w14:paraId="44670909" w14:textId="77777777" w:rsidR="005F0B6D" w:rsidRDefault="005F0B6D" w:rsidP="0025025F">
      <w:pPr>
        <w:widowControl w:val="0"/>
        <w:numPr>
          <w:ilvl w:val="0"/>
          <w:numId w:val="10"/>
        </w:numPr>
        <w:autoSpaceDE w:val="0"/>
        <w:autoSpaceDN w:val="0"/>
        <w:adjustRightInd w:val="0"/>
        <w:spacing w:afterLines="50" w:after="120" w:line="240" w:lineRule="auto"/>
        <w:ind w:left="884" w:rightChars="150" w:right="330" w:hanging="357"/>
        <w:jc w:val="both"/>
        <w:rPr>
          <w:rFonts w:ascii="ＭＳ 明朝" w:eastAsia="ＭＳ 明朝" w:hAnsi="ＭＳ 明朝" w:cs="ＭＳ明朝-WinCharSetFFFF-H"/>
          <w:szCs w:val="24"/>
          <w:lang w:eastAsia="ja-JP"/>
        </w:rPr>
      </w:pPr>
      <w:r w:rsidRPr="005F0B6D">
        <w:rPr>
          <w:rFonts w:ascii="ＭＳ 明朝" w:eastAsia="ＭＳ 明朝" w:hAnsi="ＭＳ 明朝" w:cs="ＭＳ明朝-WinCharSetFFFF-H"/>
          <w:szCs w:val="24"/>
          <w:lang w:eastAsia="ja-JP"/>
        </w:rPr>
        <w:t xml:space="preserve">　休止（廃止）後に誘導施設を有する建築物を使用する予定がない場合、当該建築物の存置に関する事項</w:t>
      </w:r>
    </w:p>
    <w:p w14:paraId="072BA94C" w14:textId="6DBA8D9D" w:rsidR="005F0B6D" w:rsidRDefault="0025025F" w:rsidP="002E3F3D">
      <w:pPr>
        <w:widowControl w:val="0"/>
        <w:autoSpaceDE w:val="0"/>
        <w:autoSpaceDN w:val="0"/>
        <w:adjustRightInd w:val="0"/>
        <w:spacing w:after="0" w:line="240" w:lineRule="auto"/>
        <w:ind w:left="885" w:rightChars="150" w:right="330"/>
        <w:jc w:val="both"/>
        <w:rPr>
          <w:rFonts w:ascii="ＭＳ 明朝" w:eastAsia="ＭＳ 明朝" w:hAnsi="ＭＳ 明朝" w:cs="ＭＳ明朝-WinCharSetFFFF-H"/>
          <w:szCs w:val="24"/>
          <w:lang w:eastAsia="ja-JP"/>
        </w:rPr>
      </w:pPr>
      <w:r>
        <w:rPr>
          <w:rFonts w:ascii="ＭＳ 明朝" w:eastAsia="ＭＳ 明朝" w:hAnsi="ＭＳ 明朝" w:cs="ＭＳ明朝-WinCharSetFFFF-H" w:hint="eastAsia"/>
          <w:szCs w:val="24"/>
          <w:lang w:eastAsia="ja-JP"/>
        </w:rPr>
        <w:t xml:space="preserve">　　</w:t>
      </w:r>
    </w:p>
    <w:p w14:paraId="773BDE63" w14:textId="05071B8C" w:rsidR="002E3F3D" w:rsidRDefault="002E3F3D" w:rsidP="002E3F3D">
      <w:pPr>
        <w:widowControl w:val="0"/>
        <w:autoSpaceDE w:val="0"/>
        <w:autoSpaceDN w:val="0"/>
        <w:adjustRightInd w:val="0"/>
        <w:spacing w:after="0" w:line="240" w:lineRule="auto"/>
        <w:ind w:left="885" w:rightChars="150" w:right="330"/>
        <w:jc w:val="both"/>
        <w:rPr>
          <w:rFonts w:ascii="ＭＳ 明朝" w:eastAsia="ＭＳ 明朝" w:hAnsi="ＭＳ 明朝" w:cs="ＭＳ明朝-WinCharSetFFFF-H"/>
          <w:szCs w:val="24"/>
          <w:lang w:eastAsia="ja-JP"/>
        </w:rPr>
      </w:pPr>
    </w:p>
    <w:p w14:paraId="4C933F14" w14:textId="77777777" w:rsidR="002E3F3D" w:rsidRPr="005F0B6D" w:rsidRDefault="002E3F3D" w:rsidP="002E3F3D">
      <w:pPr>
        <w:widowControl w:val="0"/>
        <w:autoSpaceDE w:val="0"/>
        <w:autoSpaceDN w:val="0"/>
        <w:adjustRightInd w:val="0"/>
        <w:spacing w:after="0" w:line="240" w:lineRule="auto"/>
        <w:ind w:left="885" w:rightChars="150" w:right="330"/>
        <w:jc w:val="both"/>
        <w:rPr>
          <w:rFonts w:ascii="ＭＳ 明朝" w:eastAsia="ＭＳ 明朝" w:hAnsi="ＭＳ 明朝" w:cs="ＭＳ明朝-WinCharSetFFFF-H" w:hint="eastAsia"/>
          <w:szCs w:val="24"/>
          <w:lang w:eastAsia="ja-JP"/>
        </w:rPr>
      </w:pPr>
    </w:p>
    <w:p w14:paraId="310A823B" w14:textId="77777777" w:rsidR="005F0B6D" w:rsidRPr="005F0B6D" w:rsidRDefault="005F0B6D" w:rsidP="005F0B6D">
      <w:pPr>
        <w:widowControl w:val="0"/>
        <w:autoSpaceDE w:val="0"/>
        <w:autoSpaceDN w:val="0"/>
        <w:adjustRightInd w:val="0"/>
        <w:spacing w:after="0" w:line="240" w:lineRule="auto"/>
        <w:ind w:leftChars="250" w:left="990" w:rightChars="150" w:right="330" w:hangingChars="200" w:hanging="440"/>
        <w:rPr>
          <w:rFonts w:ascii="ＭＳ 明朝" w:eastAsia="ＭＳ 明朝" w:hAnsi="ＭＳ 明朝" w:cs="ＭＳ明朝-WinCharSetFFFF-H"/>
          <w:szCs w:val="24"/>
          <w:lang w:eastAsia="ja-JP"/>
        </w:rPr>
      </w:pPr>
      <w:r w:rsidRPr="005F0B6D">
        <w:rPr>
          <w:rFonts w:ascii="ＭＳ 明朝" w:eastAsia="ＭＳ 明朝" w:hAnsi="ＭＳ 明朝" w:cs="ＭＳ明朝-WinCharSetFFFF-H"/>
          <w:szCs w:val="24"/>
          <w:lang w:eastAsia="ja-JP"/>
        </w:rPr>
        <w:t>注１　届出者が法人である場合においては、氏名は、その法人の名称および代表者の氏名を記載してください。</w:t>
      </w:r>
    </w:p>
    <w:p w14:paraId="2ECFCCD2" w14:textId="0FBA1DCD" w:rsidR="006C79EF" w:rsidRPr="0025025F" w:rsidRDefault="005F0B6D" w:rsidP="0025025F">
      <w:pPr>
        <w:widowControl w:val="0"/>
        <w:autoSpaceDE w:val="0"/>
        <w:autoSpaceDN w:val="0"/>
        <w:adjustRightInd w:val="0"/>
        <w:spacing w:after="0" w:line="240" w:lineRule="auto"/>
        <w:ind w:leftChars="350" w:left="990" w:rightChars="150" w:right="330" w:hangingChars="100" w:hanging="220"/>
        <w:rPr>
          <w:rFonts w:ascii="ＭＳ 明朝" w:eastAsia="ＭＳ 明朝" w:hAnsi="ＭＳ 明朝" w:cs="ＭＳ明朝-WinCharSetFFFF-H"/>
          <w:szCs w:val="24"/>
          <w:lang w:eastAsia="ja-JP"/>
        </w:rPr>
      </w:pPr>
      <w:r w:rsidRPr="005F0B6D">
        <w:rPr>
          <w:rFonts w:ascii="ＭＳ 明朝" w:eastAsia="ＭＳ 明朝" w:hAnsi="ＭＳ 明朝" w:cs="ＭＳ明朝-WinCharSetFFFF-H"/>
          <w:szCs w:val="24"/>
          <w:lang w:eastAsia="ja-JP"/>
        </w:rPr>
        <w:t>２　４（２）欄には、当該建築物を存置する予定がある場合は存置のために必要な管理その他の事項について、当該建築物を存置する予定がない場合は当該建築物の除却の予定時期その他の事項について記入してください。</w:t>
      </w:r>
    </w:p>
    <w:sectPr w:rsidR="006C79EF" w:rsidRPr="0025025F" w:rsidSect="00A00064">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8E3E3" w14:textId="77777777" w:rsidR="006367CF" w:rsidRDefault="006367CF" w:rsidP="00DB4341">
      <w:pPr>
        <w:spacing w:after="0" w:line="240" w:lineRule="auto"/>
      </w:pPr>
      <w:r>
        <w:separator/>
      </w:r>
    </w:p>
  </w:endnote>
  <w:endnote w:type="continuationSeparator" w:id="0">
    <w:p w14:paraId="4648B804" w14:textId="77777777" w:rsidR="006367CF" w:rsidRDefault="006367CF" w:rsidP="00DB4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D7E01" w14:textId="77777777" w:rsidR="006367CF" w:rsidRDefault="006367CF" w:rsidP="00DB4341">
      <w:pPr>
        <w:spacing w:after="0" w:line="240" w:lineRule="auto"/>
      </w:pPr>
      <w:r>
        <w:separator/>
      </w:r>
    </w:p>
  </w:footnote>
  <w:footnote w:type="continuationSeparator" w:id="0">
    <w:p w14:paraId="1E468344" w14:textId="77777777" w:rsidR="006367CF" w:rsidRDefault="006367CF" w:rsidP="00DB43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46F85AB3"/>
    <w:multiLevelType w:val="hybridMultilevel"/>
    <w:tmpl w:val="5A7CB3B6"/>
    <w:lvl w:ilvl="0" w:tplc="EDEE4CC4">
      <w:start w:val="1"/>
      <w:numFmt w:val="decimal"/>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num w:numId="1" w16cid:durableId="837160088">
    <w:abstractNumId w:val="8"/>
  </w:num>
  <w:num w:numId="2" w16cid:durableId="329333885">
    <w:abstractNumId w:val="6"/>
  </w:num>
  <w:num w:numId="3" w16cid:durableId="2114934148">
    <w:abstractNumId w:val="5"/>
  </w:num>
  <w:num w:numId="4" w16cid:durableId="122575295">
    <w:abstractNumId w:val="4"/>
  </w:num>
  <w:num w:numId="5" w16cid:durableId="417487019">
    <w:abstractNumId w:val="7"/>
  </w:num>
  <w:num w:numId="6" w16cid:durableId="1886942244">
    <w:abstractNumId w:val="3"/>
  </w:num>
  <w:num w:numId="7" w16cid:durableId="654991105">
    <w:abstractNumId w:val="2"/>
  </w:num>
  <w:num w:numId="8" w16cid:durableId="1914119848">
    <w:abstractNumId w:val="1"/>
  </w:num>
  <w:num w:numId="9" w16cid:durableId="1169829848">
    <w:abstractNumId w:val="0"/>
  </w:num>
  <w:num w:numId="10" w16cid:durableId="2936838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0D7"/>
    <w:rsid w:val="000154E7"/>
    <w:rsid w:val="00024275"/>
    <w:rsid w:val="00034616"/>
    <w:rsid w:val="000416FD"/>
    <w:rsid w:val="0005463F"/>
    <w:rsid w:val="0006063C"/>
    <w:rsid w:val="000A53FD"/>
    <w:rsid w:val="00127B71"/>
    <w:rsid w:val="0015074B"/>
    <w:rsid w:val="001900D6"/>
    <w:rsid w:val="001963A1"/>
    <w:rsid w:val="001B278A"/>
    <w:rsid w:val="001D1D11"/>
    <w:rsid w:val="001F090B"/>
    <w:rsid w:val="00223719"/>
    <w:rsid w:val="0025025F"/>
    <w:rsid w:val="00261D3E"/>
    <w:rsid w:val="0027244B"/>
    <w:rsid w:val="0029639D"/>
    <w:rsid w:val="002C5F78"/>
    <w:rsid w:val="002C7E95"/>
    <w:rsid w:val="002E3F3D"/>
    <w:rsid w:val="00326AA2"/>
    <w:rsid w:val="00326F90"/>
    <w:rsid w:val="00327A2B"/>
    <w:rsid w:val="00334B9A"/>
    <w:rsid w:val="00367F42"/>
    <w:rsid w:val="00377124"/>
    <w:rsid w:val="003A1875"/>
    <w:rsid w:val="003D111B"/>
    <w:rsid w:val="0042219B"/>
    <w:rsid w:val="00452B80"/>
    <w:rsid w:val="004D2E29"/>
    <w:rsid w:val="004E0D31"/>
    <w:rsid w:val="004E0E09"/>
    <w:rsid w:val="00535EDE"/>
    <w:rsid w:val="00546EB0"/>
    <w:rsid w:val="005A4105"/>
    <w:rsid w:val="005B1C93"/>
    <w:rsid w:val="005C4D54"/>
    <w:rsid w:val="005F0B6D"/>
    <w:rsid w:val="00606D07"/>
    <w:rsid w:val="006367CF"/>
    <w:rsid w:val="00653C2C"/>
    <w:rsid w:val="0067152B"/>
    <w:rsid w:val="00681F4E"/>
    <w:rsid w:val="006B61A0"/>
    <w:rsid w:val="006C79EF"/>
    <w:rsid w:val="006F2D23"/>
    <w:rsid w:val="00765C88"/>
    <w:rsid w:val="00783CE8"/>
    <w:rsid w:val="007923F4"/>
    <w:rsid w:val="007B71AD"/>
    <w:rsid w:val="00821D2C"/>
    <w:rsid w:val="008E1B87"/>
    <w:rsid w:val="00944E41"/>
    <w:rsid w:val="00945C3D"/>
    <w:rsid w:val="0099032F"/>
    <w:rsid w:val="00A00064"/>
    <w:rsid w:val="00A23D3E"/>
    <w:rsid w:val="00A81D40"/>
    <w:rsid w:val="00A8477B"/>
    <w:rsid w:val="00AA1D8D"/>
    <w:rsid w:val="00AC7C5E"/>
    <w:rsid w:val="00B26881"/>
    <w:rsid w:val="00B47730"/>
    <w:rsid w:val="00B54DFB"/>
    <w:rsid w:val="00B5635F"/>
    <w:rsid w:val="00B929E1"/>
    <w:rsid w:val="00BA3255"/>
    <w:rsid w:val="00BA5237"/>
    <w:rsid w:val="00BA5EE5"/>
    <w:rsid w:val="00BB4B3E"/>
    <w:rsid w:val="00C662AC"/>
    <w:rsid w:val="00C83325"/>
    <w:rsid w:val="00C9278E"/>
    <w:rsid w:val="00CB0664"/>
    <w:rsid w:val="00CD49E2"/>
    <w:rsid w:val="00CE0A70"/>
    <w:rsid w:val="00CE5256"/>
    <w:rsid w:val="00D569E9"/>
    <w:rsid w:val="00D64763"/>
    <w:rsid w:val="00D64926"/>
    <w:rsid w:val="00DB4341"/>
    <w:rsid w:val="00DC72C1"/>
    <w:rsid w:val="00DF1018"/>
    <w:rsid w:val="00DF41F5"/>
    <w:rsid w:val="00E455D5"/>
    <w:rsid w:val="00E94AD9"/>
    <w:rsid w:val="00EA54E6"/>
    <w:rsid w:val="00EC3529"/>
    <w:rsid w:val="00F70917"/>
    <w:rsid w:val="00FC2704"/>
    <w:rsid w:val="00FC693F"/>
    <w:rsid w:val="00FF16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BD2DC04"/>
  <w14:defaultImageDpi w14:val="300"/>
  <w15:docId w15:val="{7C31BEA8-9CB8-49EC-977A-EF2844A5F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
    <w:name w:val="Hyperlink"/>
    <w:basedOn w:val="a2"/>
    <w:uiPriority w:val="99"/>
    <w:unhideWhenUsed/>
    <w:rsid w:val="001963A1"/>
    <w:rPr>
      <w:color w:val="0000FF"/>
      <w:u w:val="single"/>
    </w:rPr>
  </w:style>
  <w:style w:type="character" w:styleId="aff0">
    <w:name w:val="Unresolved Mention"/>
    <w:basedOn w:val="a2"/>
    <w:uiPriority w:val="99"/>
    <w:semiHidden/>
    <w:unhideWhenUsed/>
    <w:rsid w:val="00653C2C"/>
    <w:rPr>
      <w:color w:val="605E5C"/>
      <w:shd w:val="clear" w:color="auto" w:fill="E1DFDD"/>
    </w:rPr>
  </w:style>
  <w:style w:type="character" w:styleId="aff1">
    <w:name w:val="FollowedHyperlink"/>
    <w:basedOn w:val="a2"/>
    <w:uiPriority w:val="99"/>
    <w:semiHidden/>
    <w:unhideWhenUsed/>
    <w:rsid w:val="00945C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236</Words>
  <Characters>237</Characters>
  <Application>Microsoft Office Word</Application>
  <DocSecurity>0</DocSecurity>
  <Lines>21</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谷津田 直紀</dc:creator>
  <cp:keywords/>
  <dc:description>generated by python-docx</dc:description>
  <cp:lastModifiedBy>谷津田 直紀</cp:lastModifiedBy>
  <cp:revision>5</cp:revision>
  <cp:lastPrinted>2026-07-30T04:59:00Z</cp:lastPrinted>
  <dcterms:created xsi:type="dcterms:W3CDTF">2026-07-27T06:36:00Z</dcterms:created>
  <dcterms:modified xsi:type="dcterms:W3CDTF">2026-07-30T05:23:00Z</dcterms:modified>
  <cp:category/>
</cp:coreProperties>
</file>