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548D" w14:textId="77777777" w:rsidR="005F0B6D" w:rsidRPr="005F0B6D" w:rsidRDefault="005F0B6D" w:rsidP="005F0B6D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kern w:val="2"/>
          <w:sz w:val="48"/>
          <w:szCs w:val="48"/>
          <w:lang w:eastAsia="ja-JP"/>
        </w:rPr>
      </w:pPr>
    </w:p>
    <w:p w14:paraId="607388BA" w14:textId="77777777" w:rsidR="005F0B6D" w:rsidRPr="005F0B6D" w:rsidRDefault="005F0B6D" w:rsidP="005F0B6D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kern w:val="2"/>
          <w:sz w:val="48"/>
          <w:szCs w:val="48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48"/>
          <w:szCs w:val="48"/>
          <w:lang w:eastAsia="ja-JP"/>
        </w:rPr>
        <w:t>委 任 状</w:t>
      </w:r>
    </w:p>
    <w:p w14:paraId="4B5129CD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</w:p>
    <w:p w14:paraId="03BD7C56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>（代理人）</w:t>
      </w:r>
    </w:p>
    <w:p w14:paraId="1757A113" w14:textId="739A560C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color w:val="000000" w:themeColor="text1"/>
          <w:kern w:val="2"/>
          <w:sz w:val="32"/>
          <w:szCs w:val="32"/>
          <w:u w:val="single" w:color="000000" w:themeColor="text1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 xml:space="preserve">　　</w:t>
      </w:r>
      <w:r w:rsidRPr="005F0B6D"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  <w:t>住 所</w:t>
      </w:r>
      <w:r w:rsidR="000150D7" w:rsidRPr="000150D7">
        <w:rPr>
          <w:rFonts w:ascii="ＭＳ 明朝" w:eastAsia="ＭＳ 明朝" w:hAnsi="ＭＳ 明朝" w:cs="Times New Roman" w:hint="eastAsia"/>
          <w:color w:val="FFFFFF" w:themeColor="background1"/>
          <w:kern w:val="2"/>
          <w:sz w:val="32"/>
          <w:szCs w:val="32"/>
          <w:u w:val="single" w:color="000000" w:themeColor="text1"/>
          <w:lang w:eastAsia="ja-JP"/>
        </w:rPr>
        <w:t>００００００００００００００００００００</w:t>
      </w:r>
    </w:p>
    <w:p w14:paraId="17CB015D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</w:p>
    <w:p w14:paraId="62000DBF" w14:textId="11F21C7E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 xml:space="preserve">　　</w:t>
      </w:r>
      <w:r w:rsidRPr="005F0B6D"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  <w:t>氏 名</w:t>
      </w:r>
      <w:r w:rsidR="000150D7" w:rsidRPr="000150D7">
        <w:rPr>
          <w:rFonts w:ascii="ＭＳ 明朝" w:eastAsia="ＭＳ 明朝" w:hAnsi="ＭＳ 明朝" w:cs="Times New Roman" w:hint="eastAsia"/>
          <w:color w:val="FFFFFF" w:themeColor="background1"/>
          <w:kern w:val="2"/>
          <w:sz w:val="32"/>
          <w:szCs w:val="32"/>
          <w:u w:val="single" w:color="000000" w:themeColor="text1"/>
          <w:lang w:eastAsia="ja-JP"/>
        </w:rPr>
        <w:t>００００００００００００００００００００</w:t>
      </w:r>
    </w:p>
    <w:p w14:paraId="371C44BC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</w:p>
    <w:p w14:paraId="5285ACCC" w14:textId="77777777" w:rsidR="005F0B6D" w:rsidRPr="005F0B6D" w:rsidRDefault="005F0B6D" w:rsidP="000154E7">
      <w:pPr>
        <w:widowControl w:val="0"/>
        <w:spacing w:afterLines="50" w:after="120" w:line="240" w:lineRule="auto"/>
        <w:ind w:firstLineChars="100" w:firstLine="320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>私は，上記の者を代理人と認め，次の権限を委任します。</w:t>
      </w:r>
    </w:p>
    <w:p w14:paraId="6D42F967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</w:p>
    <w:p w14:paraId="3D66E8D1" w14:textId="77777777" w:rsidR="005F0B6D" w:rsidRPr="005F0B6D" w:rsidRDefault="005F0B6D" w:rsidP="000154E7">
      <w:pPr>
        <w:widowControl w:val="0"/>
        <w:spacing w:afterLines="50" w:after="120" w:line="240" w:lineRule="auto"/>
        <w:ind w:firstLineChars="100" w:firstLine="320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  <w:t xml:space="preserve">委任事項　　都市再生特別措置法第○条に基づく届出　　　　</w:t>
      </w:r>
    </w:p>
    <w:p w14:paraId="2FFE7244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</w:p>
    <w:p w14:paraId="4F727A76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 xml:space="preserve">　令和　年　月　日</w:t>
      </w:r>
    </w:p>
    <w:p w14:paraId="75D0DFF3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>（委任者）</w:t>
      </w:r>
    </w:p>
    <w:p w14:paraId="692C5A5F" w14:textId="501DBF1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 xml:space="preserve">　　</w:t>
      </w:r>
      <w:r w:rsidRPr="005F0B6D"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  <w:t>住 所</w:t>
      </w:r>
      <w:r w:rsidR="000150D7" w:rsidRPr="000150D7">
        <w:rPr>
          <w:rFonts w:ascii="ＭＳ 明朝" w:eastAsia="ＭＳ 明朝" w:hAnsi="ＭＳ 明朝" w:cs="Times New Roman" w:hint="eastAsia"/>
          <w:color w:val="FFFFFF" w:themeColor="background1"/>
          <w:kern w:val="2"/>
          <w:sz w:val="32"/>
          <w:szCs w:val="32"/>
          <w:u w:val="single" w:color="000000" w:themeColor="text1"/>
          <w:lang w:eastAsia="ja-JP"/>
        </w:rPr>
        <w:t>００００００００００００００００００００</w:t>
      </w:r>
    </w:p>
    <w:p w14:paraId="6593DA55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</w:p>
    <w:p w14:paraId="742BD753" w14:textId="77777777" w:rsidR="005F0B6D" w:rsidRPr="005F0B6D" w:rsidRDefault="005F0B6D" w:rsidP="000154E7">
      <w:pPr>
        <w:widowControl w:val="0"/>
        <w:spacing w:afterLines="50" w:after="120" w:line="240" w:lineRule="auto"/>
        <w:jc w:val="both"/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</w:pPr>
      <w:r w:rsidRPr="005F0B6D">
        <w:rPr>
          <w:rFonts w:ascii="ＭＳ 明朝" w:eastAsia="ＭＳ 明朝" w:hAnsi="ＭＳ 明朝" w:cs="Times New Roman"/>
          <w:kern w:val="2"/>
          <w:sz w:val="32"/>
          <w:szCs w:val="32"/>
          <w:lang w:eastAsia="ja-JP"/>
        </w:rPr>
        <w:t xml:space="preserve">　　</w:t>
      </w:r>
      <w:r w:rsidRPr="005F0B6D">
        <w:rPr>
          <w:rFonts w:ascii="ＭＳ 明朝" w:eastAsia="ＭＳ 明朝" w:hAnsi="ＭＳ 明朝" w:cs="Times New Roman"/>
          <w:kern w:val="2"/>
          <w:sz w:val="32"/>
          <w:szCs w:val="32"/>
          <w:u w:val="single"/>
          <w:lang w:eastAsia="ja-JP"/>
        </w:rPr>
        <w:t xml:space="preserve">氏 名　　　　　　　　　　　　　　　　　　　印　　　</w:t>
      </w:r>
    </w:p>
    <w:p w14:paraId="17C5CFEE" w14:textId="77777777" w:rsidR="005F0B6D" w:rsidRPr="005F0B6D" w:rsidRDefault="005F0B6D" w:rsidP="000154E7">
      <w:pPr>
        <w:spacing w:afterLines="50" w:after="120" w:line="240" w:lineRule="auto"/>
        <w:rPr>
          <w:rFonts w:ascii="ＭＳ 明朝" w:eastAsia="ＭＳ 明朝" w:hAnsi="ＭＳ 明朝"/>
          <w:lang w:eastAsia="ja-JP"/>
        </w:rPr>
      </w:pPr>
    </w:p>
    <w:p w14:paraId="2ECFCCD2" w14:textId="2038ADFF" w:rsidR="006C79EF" w:rsidRPr="00E455D5" w:rsidRDefault="006C79EF" w:rsidP="000154E7">
      <w:pPr>
        <w:spacing w:afterLines="50" w:after="120" w:line="240" w:lineRule="auto"/>
        <w:rPr>
          <w:rFonts w:ascii="ＭＳ 明朝" w:eastAsia="ＭＳ 明朝" w:hAnsi="ＭＳ 明朝" w:hint="eastAsia"/>
          <w:lang w:eastAsia="ja-JP"/>
        </w:rPr>
      </w:pPr>
    </w:p>
    <w:sectPr w:rsidR="006C79EF" w:rsidRPr="00E455D5" w:rsidSect="00A0006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A620" w14:textId="77777777" w:rsidR="00EA50F2" w:rsidRDefault="00EA50F2" w:rsidP="00DB4341">
      <w:pPr>
        <w:spacing w:after="0" w:line="240" w:lineRule="auto"/>
      </w:pPr>
      <w:r>
        <w:separator/>
      </w:r>
    </w:p>
  </w:endnote>
  <w:endnote w:type="continuationSeparator" w:id="0">
    <w:p w14:paraId="20169F29" w14:textId="77777777" w:rsidR="00EA50F2" w:rsidRDefault="00EA50F2" w:rsidP="00DB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271F" w14:textId="77777777" w:rsidR="00EA50F2" w:rsidRDefault="00EA50F2" w:rsidP="00DB4341">
      <w:pPr>
        <w:spacing w:after="0" w:line="240" w:lineRule="auto"/>
      </w:pPr>
      <w:r>
        <w:separator/>
      </w:r>
    </w:p>
  </w:footnote>
  <w:footnote w:type="continuationSeparator" w:id="0">
    <w:p w14:paraId="35400707" w14:textId="77777777" w:rsidR="00EA50F2" w:rsidRDefault="00EA50F2" w:rsidP="00DB4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F85AB3"/>
    <w:multiLevelType w:val="hybridMultilevel"/>
    <w:tmpl w:val="5A7CB3B6"/>
    <w:lvl w:ilvl="0" w:tplc="EDEE4CC4">
      <w:start w:val="1"/>
      <w:numFmt w:val="decimal"/>
      <w:lvlText w:val="(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837160088">
    <w:abstractNumId w:val="8"/>
  </w:num>
  <w:num w:numId="2" w16cid:durableId="329333885">
    <w:abstractNumId w:val="6"/>
  </w:num>
  <w:num w:numId="3" w16cid:durableId="2114934148">
    <w:abstractNumId w:val="5"/>
  </w:num>
  <w:num w:numId="4" w16cid:durableId="122575295">
    <w:abstractNumId w:val="4"/>
  </w:num>
  <w:num w:numId="5" w16cid:durableId="417487019">
    <w:abstractNumId w:val="7"/>
  </w:num>
  <w:num w:numId="6" w16cid:durableId="1886942244">
    <w:abstractNumId w:val="3"/>
  </w:num>
  <w:num w:numId="7" w16cid:durableId="654991105">
    <w:abstractNumId w:val="2"/>
  </w:num>
  <w:num w:numId="8" w16cid:durableId="1914119848">
    <w:abstractNumId w:val="1"/>
  </w:num>
  <w:num w:numId="9" w16cid:durableId="1169829848">
    <w:abstractNumId w:val="0"/>
  </w:num>
  <w:num w:numId="10" w16cid:durableId="293683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0D7"/>
    <w:rsid w:val="000154E7"/>
    <w:rsid w:val="00024275"/>
    <w:rsid w:val="00034616"/>
    <w:rsid w:val="000416FD"/>
    <w:rsid w:val="0005463F"/>
    <w:rsid w:val="0006063C"/>
    <w:rsid w:val="000A53FD"/>
    <w:rsid w:val="000A672E"/>
    <w:rsid w:val="00127B71"/>
    <w:rsid w:val="0015074B"/>
    <w:rsid w:val="001900D6"/>
    <w:rsid w:val="001963A1"/>
    <w:rsid w:val="001B278A"/>
    <w:rsid w:val="001D1D11"/>
    <w:rsid w:val="001F090B"/>
    <w:rsid w:val="00223719"/>
    <w:rsid w:val="00261D3E"/>
    <w:rsid w:val="0027244B"/>
    <w:rsid w:val="0029639D"/>
    <w:rsid w:val="002C5F78"/>
    <w:rsid w:val="002C7E95"/>
    <w:rsid w:val="00326AA2"/>
    <w:rsid w:val="00326F90"/>
    <w:rsid w:val="00327A2B"/>
    <w:rsid w:val="00334B9A"/>
    <w:rsid w:val="00367F42"/>
    <w:rsid w:val="00377124"/>
    <w:rsid w:val="003A1875"/>
    <w:rsid w:val="003D111B"/>
    <w:rsid w:val="0042219B"/>
    <w:rsid w:val="00452B80"/>
    <w:rsid w:val="004D2E29"/>
    <w:rsid w:val="004E0D31"/>
    <w:rsid w:val="004E0E09"/>
    <w:rsid w:val="00535EDE"/>
    <w:rsid w:val="00546EB0"/>
    <w:rsid w:val="005A4105"/>
    <w:rsid w:val="005B1C93"/>
    <w:rsid w:val="005C4D54"/>
    <w:rsid w:val="005F0B6D"/>
    <w:rsid w:val="00606D07"/>
    <w:rsid w:val="00653C2C"/>
    <w:rsid w:val="0067152B"/>
    <w:rsid w:val="00681F4E"/>
    <w:rsid w:val="006B61A0"/>
    <w:rsid w:val="006C79EF"/>
    <w:rsid w:val="006F2D23"/>
    <w:rsid w:val="00765C88"/>
    <w:rsid w:val="00783CE8"/>
    <w:rsid w:val="007923F4"/>
    <w:rsid w:val="007B71AD"/>
    <w:rsid w:val="00821D2C"/>
    <w:rsid w:val="008E1B87"/>
    <w:rsid w:val="00944E41"/>
    <w:rsid w:val="00945C3D"/>
    <w:rsid w:val="0099032F"/>
    <w:rsid w:val="00A00064"/>
    <w:rsid w:val="00A23D3E"/>
    <w:rsid w:val="00A81D40"/>
    <w:rsid w:val="00AA1D8D"/>
    <w:rsid w:val="00AC7C5E"/>
    <w:rsid w:val="00B47730"/>
    <w:rsid w:val="00B54DFB"/>
    <w:rsid w:val="00B5635F"/>
    <w:rsid w:val="00B929E1"/>
    <w:rsid w:val="00BA5237"/>
    <w:rsid w:val="00BA5EE5"/>
    <w:rsid w:val="00BB4B3E"/>
    <w:rsid w:val="00C83325"/>
    <w:rsid w:val="00C9278E"/>
    <w:rsid w:val="00CB0664"/>
    <w:rsid w:val="00CD49E2"/>
    <w:rsid w:val="00CE0A70"/>
    <w:rsid w:val="00CE5256"/>
    <w:rsid w:val="00D569E9"/>
    <w:rsid w:val="00D64763"/>
    <w:rsid w:val="00D64926"/>
    <w:rsid w:val="00DB4341"/>
    <w:rsid w:val="00DC72C1"/>
    <w:rsid w:val="00DF1018"/>
    <w:rsid w:val="00DF41F5"/>
    <w:rsid w:val="00E455D5"/>
    <w:rsid w:val="00EA50F2"/>
    <w:rsid w:val="00EA54E6"/>
    <w:rsid w:val="00EC3529"/>
    <w:rsid w:val="00F70917"/>
    <w:rsid w:val="00FC2704"/>
    <w:rsid w:val="00FC693F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D2DC04"/>
  <w14:defaultImageDpi w14:val="300"/>
  <w15:docId w15:val="{7C31BEA8-9CB8-49EC-977A-EF2844A5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1963A1"/>
    <w:rPr>
      <w:color w:val="0000FF"/>
      <w:u w:val="single"/>
    </w:rPr>
  </w:style>
  <w:style w:type="character" w:styleId="aff0">
    <w:name w:val="Unresolved Mention"/>
    <w:basedOn w:val="a2"/>
    <w:uiPriority w:val="99"/>
    <w:semiHidden/>
    <w:unhideWhenUsed/>
    <w:rsid w:val="00653C2C"/>
    <w:rPr>
      <w:color w:val="605E5C"/>
      <w:shd w:val="clear" w:color="auto" w:fill="E1DFDD"/>
    </w:rPr>
  </w:style>
  <w:style w:type="character" w:styleId="aff1">
    <w:name w:val="FollowedHyperlink"/>
    <w:basedOn w:val="a2"/>
    <w:uiPriority w:val="99"/>
    <w:semiHidden/>
    <w:unhideWhenUsed/>
    <w:rsid w:val="00945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102</Characters>
  <Application>Microsoft Office Word</Application>
  <DocSecurity>0</DocSecurity>
  <Lines>17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谷津田 直紀</dc:creator>
  <cp:keywords/>
  <dc:description>generated by python-docx</dc:description>
  <cp:lastModifiedBy>谷津田 直紀</cp:lastModifiedBy>
  <cp:revision>2</cp:revision>
  <dcterms:created xsi:type="dcterms:W3CDTF">2026-07-27T06:37:00Z</dcterms:created>
  <dcterms:modified xsi:type="dcterms:W3CDTF">2026-07-27T06:37:00Z</dcterms:modified>
  <cp:category/>
</cp:coreProperties>
</file>