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AE4E2A" w14:textId="3CB112EA" w:rsidR="006B61A0" w:rsidRPr="00F543A7" w:rsidRDefault="006B61A0" w:rsidP="006B61A0">
      <w:pPr>
        <w:rPr>
          <w:lang w:eastAsia="ja-JP"/>
        </w:rPr>
      </w:pPr>
      <w:r w:rsidRPr="00F543A7">
        <w:rPr>
          <w:rFonts w:hint="eastAsia"/>
        </w:rPr>
        <w:t>様式第</w:t>
      </w:r>
      <w:r w:rsidRPr="00F543A7">
        <w:rPr>
          <w:rFonts w:hint="eastAsia"/>
        </w:rPr>
        <w:t>1</w:t>
      </w:r>
      <w:r w:rsidRPr="00F543A7">
        <w:rPr>
          <w:rFonts w:hint="eastAsia"/>
        </w:rPr>
        <w:t>号</w:t>
      </w:r>
    </w:p>
    <w:p w14:paraId="7CF95AE0" w14:textId="77777777" w:rsidR="006B61A0" w:rsidRPr="00F543A7" w:rsidRDefault="006B61A0" w:rsidP="006B61A0">
      <w:pPr>
        <w:spacing w:afterLines="50" w:after="120" w:line="0" w:lineRule="atLeast"/>
        <w:jc w:val="center"/>
      </w:pPr>
      <w:r w:rsidRPr="00F543A7">
        <w:rPr>
          <w:rFonts w:hint="eastAsia"/>
        </w:rPr>
        <w:t>開発行為届出書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8"/>
        <w:gridCol w:w="3212"/>
        <w:gridCol w:w="5556"/>
      </w:tblGrid>
      <w:tr w:rsidR="006B61A0" w:rsidRPr="00F543A7" w14:paraId="47A7D375" w14:textId="77777777" w:rsidTr="00F142AA">
        <w:tc>
          <w:tcPr>
            <w:tcW w:w="9286" w:type="dxa"/>
            <w:gridSpan w:val="3"/>
          </w:tcPr>
          <w:p w14:paraId="0520375E" w14:textId="77777777" w:rsidR="006B61A0" w:rsidRPr="00F543A7" w:rsidRDefault="006B61A0" w:rsidP="006B61A0">
            <w:pPr>
              <w:spacing w:line="0" w:lineRule="atLeast"/>
              <w:rPr>
                <w:lang w:eastAsia="ja-JP"/>
              </w:rPr>
            </w:pPr>
            <w:r w:rsidRPr="00F543A7">
              <w:rPr>
                <w:rFonts w:hint="eastAsia"/>
                <w:lang w:eastAsia="ja-JP"/>
              </w:rPr>
              <w:t xml:space="preserve">　都市再生特別措置法第８８条第１項の規定に基づき、開発行為について、下記により届け出ます。</w:t>
            </w:r>
          </w:p>
          <w:p w14:paraId="3FF8CB85" w14:textId="77777777" w:rsidR="006B61A0" w:rsidRPr="00F543A7" w:rsidRDefault="006B61A0" w:rsidP="006B61A0">
            <w:pPr>
              <w:spacing w:line="0" w:lineRule="atLeast"/>
              <w:rPr>
                <w:lang w:eastAsia="ja-JP"/>
              </w:rPr>
            </w:pPr>
          </w:p>
          <w:p w14:paraId="46A473E6" w14:textId="6798ED07" w:rsidR="006B61A0" w:rsidRPr="00F543A7" w:rsidRDefault="006B61A0" w:rsidP="006B61A0">
            <w:pPr>
              <w:spacing w:afterLines="50" w:after="120" w:line="0" w:lineRule="atLeast"/>
              <w:rPr>
                <w:lang w:eastAsia="ja-JP"/>
              </w:rPr>
            </w:pPr>
            <w:r w:rsidRPr="00F543A7">
              <w:rPr>
                <w:rFonts w:hint="eastAsia"/>
                <w:lang w:eastAsia="ja-JP"/>
              </w:rPr>
              <w:t xml:space="preserve">　　</w:t>
            </w:r>
            <w:r w:rsidR="005C5965">
              <w:rPr>
                <w:rFonts w:hint="eastAsia"/>
                <w:lang w:eastAsia="ja-JP"/>
              </w:rPr>
              <w:t xml:space="preserve">　　</w:t>
            </w:r>
            <w:r w:rsidRPr="00F543A7">
              <w:rPr>
                <w:rFonts w:hint="eastAsia"/>
                <w:lang w:eastAsia="ja-JP"/>
              </w:rPr>
              <w:t xml:space="preserve">年　</w:t>
            </w:r>
            <w:r w:rsidR="005C5965">
              <w:rPr>
                <w:rFonts w:hint="eastAsia"/>
                <w:lang w:eastAsia="ja-JP"/>
              </w:rPr>
              <w:t xml:space="preserve">　</w:t>
            </w:r>
            <w:r w:rsidRPr="00F543A7">
              <w:rPr>
                <w:rFonts w:hint="eastAsia"/>
                <w:lang w:eastAsia="ja-JP"/>
              </w:rPr>
              <w:t>月</w:t>
            </w:r>
            <w:r w:rsidR="005C5965">
              <w:rPr>
                <w:rFonts w:hint="eastAsia"/>
                <w:lang w:eastAsia="ja-JP"/>
              </w:rPr>
              <w:t xml:space="preserve">　　</w:t>
            </w:r>
            <w:r w:rsidRPr="00F543A7">
              <w:rPr>
                <w:rFonts w:hint="eastAsia"/>
                <w:lang w:eastAsia="ja-JP"/>
              </w:rPr>
              <w:t>日</w:t>
            </w:r>
          </w:p>
          <w:p w14:paraId="2DFF1C71" w14:textId="57E2791A" w:rsidR="006B61A0" w:rsidRPr="00F543A7" w:rsidRDefault="006B61A0" w:rsidP="006B61A0">
            <w:pPr>
              <w:spacing w:line="0" w:lineRule="atLeast"/>
              <w:rPr>
                <w:lang w:eastAsia="ja-JP"/>
              </w:rPr>
            </w:pPr>
            <w:r w:rsidRPr="00F543A7">
              <w:rPr>
                <w:rFonts w:hint="eastAsia"/>
                <w:lang w:eastAsia="ja-JP"/>
              </w:rPr>
              <w:t xml:space="preserve">　</w:t>
            </w:r>
            <w:r w:rsidR="00606D07">
              <w:rPr>
                <w:rFonts w:hint="eastAsia"/>
                <w:lang w:eastAsia="ja-JP"/>
              </w:rPr>
              <w:t>山元町長</w:t>
            </w:r>
          </w:p>
          <w:p w14:paraId="7DD3D031" w14:textId="77777777" w:rsidR="000150D7" w:rsidRDefault="000150D7" w:rsidP="000150D7">
            <w:pPr>
              <w:spacing w:afterLines="50" w:after="120" w:line="0" w:lineRule="atLeast"/>
              <w:ind w:right="1760"/>
              <w:rPr>
                <w:lang w:eastAsia="ja-JP"/>
              </w:rPr>
            </w:pPr>
          </w:p>
          <w:p w14:paraId="737ECA85" w14:textId="386C375F" w:rsidR="000150D7" w:rsidRDefault="006B61A0" w:rsidP="000150D7">
            <w:pPr>
              <w:spacing w:afterLines="50" w:after="120" w:line="0" w:lineRule="atLeast"/>
              <w:ind w:right="1760" w:firstLineChars="2100" w:firstLine="4620"/>
              <w:rPr>
                <w:lang w:eastAsia="ja-JP"/>
              </w:rPr>
            </w:pPr>
            <w:r w:rsidRPr="00F543A7">
              <w:rPr>
                <w:rFonts w:hint="eastAsia"/>
                <w:lang w:eastAsia="ja-JP"/>
              </w:rPr>
              <w:t>届出者　住　所</w:t>
            </w:r>
            <w:r w:rsidR="00606D07">
              <w:rPr>
                <w:rFonts w:hint="eastAsia"/>
                <w:lang w:eastAsia="ja-JP"/>
              </w:rPr>
              <w:t xml:space="preserve">　　　　</w:t>
            </w:r>
          </w:p>
          <w:p w14:paraId="78325D38" w14:textId="5561C032" w:rsidR="000150D7" w:rsidRDefault="006B61A0" w:rsidP="000150D7">
            <w:pPr>
              <w:spacing w:afterLines="50" w:after="120" w:line="0" w:lineRule="atLeast"/>
              <w:ind w:right="1760" w:firstLineChars="2500" w:firstLine="5500"/>
              <w:rPr>
                <w:lang w:eastAsia="ja-JP"/>
              </w:rPr>
            </w:pPr>
            <w:r>
              <w:rPr>
                <w:rFonts w:hint="eastAsia"/>
              </w:rPr>
              <w:t>氏　名</w:t>
            </w:r>
            <w:r w:rsidR="000150D7">
              <w:rPr>
                <w:rFonts w:hint="eastAsia"/>
                <w:lang w:eastAsia="ja-JP"/>
              </w:rPr>
              <w:t xml:space="preserve">　　　　　　　　　　　　</w:t>
            </w:r>
          </w:p>
          <w:p w14:paraId="0EE4F1C4" w14:textId="77777777" w:rsidR="000150D7" w:rsidRDefault="006B61A0" w:rsidP="000150D7">
            <w:pPr>
              <w:spacing w:afterLines="50" w:after="120" w:line="0" w:lineRule="atLeast"/>
              <w:ind w:right="1760" w:firstLineChars="2500" w:firstLine="5500"/>
              <w:rPr>
                <w:lang w:eastAsia="ja-JP"/>
              </w:rPr>
            </w:pPr>
            <w:r>
              <w:rPr>
                <w:rFonts w:hint="eastAsia"/>
              </w:rPr>
              <w:t xml:space="preserve">連絡先　</w:t>
            </w:r>
            <w:r w:rsidRPr="00F543A7">
              <w:rPr>
                <w:rFonts w:hint="eastAsia"/>
              </w:rPr>
              <w:t xml:space="preserve">　　　　</w:t>
            </w:r>
          </w:p>
          <w:p w14:paraId="6D754A14" w14:textId="3F2F2681" w:rsidR="006B61A0" w:rsidRPr="00F543A7" w:rsidRDefault="006B61A0" w:rsidP="000150D7">
            <w:pPr>
              <w:spacing w:afterLines="50" w:after="120" w:line="0" w:lineRule="atLeast"/>
              <w:ind w:right="1760" w:firstLineChars="2300" w:firstLine="5060"/>
              <w:rPr>
                <w:lang w:eastAsia="ja-JP"/>
              </w:rPr>
            </w:pPr>
            <w:r w:rsidRPr="00F543A7">
              <w:rPr>
                <w:rFonts w:hint="eastAsia"/>
              </w:rPr>
              <w:t xml:space="preserve">　　　　　　　　　</w:t>
            </w:r>
          </w:p>
        </w:tc>
      </w:tr>
      <w:tr w:rsidR="00F142AA" w:rsidRPr="00DD62AA" w14:paraId="5238F198" w14:textId="77777777" w:rsidTr="00F142AA">
        <w:trPr>
          <w:trHeight w:val="720"/>
        </w:trPr>
        <w:tc>
          <w:tcPr>
            <w:tcW w:w="518" w:type="dxa"/>
            <w:vMerge w:val="restart"/>
            <w:textDirection w:val="tbRlV"/>
            <w:vAlign w:val="center"/>
          </w:tcPr>
          <w:p w14:paraId="0C680274" w14:textId="3473D915" w:rsidR="00F142AA" w:rsidRPr="00F543A7" w:rsidRDefault="00F142AA" w:rsidP="00F142AA">
            <w:pPr>
              <w:spacing w:after="0" w:line="0" w:lineRule="atLeast"/>
              <w:ind w:left="113" w:right="113"/>
              <w:jc w:val="center"/>
              <w:rPr>
                <w:lang w:eastAsia="ja-JP"/>
              </w:rPr>
            </w:pPr>
            <w:r w:rsidRPr="00F543A7">
              <w:rPr>
                <w:rFonts w:hint="eastAsia"/>
                <w:lang w:eastAsia="ja-JP"/>
              </w:rPr>
              <w:t>開　発　行　為　の　概　要</w:t>
            </w:r>
          </w:p>
        </w:tc>
        <w:tc>
          <w:tcPr>
            <w:tcW w:w="3212" w:type="dxa"/>
            <w:vAlign w:val="center"/>
          </w:tcPr>
          <w:p w14:paraId="0D32D28B" w14:textId="77777777" w:rsidR="00F142AA" w:rsidRPr="00F543A7" w:rsidRDefault="00F142AA" w:rsidP="00F142AA">
            <w:pPr>
              <w:spacing w:after="0" w:line="240" w:lineRule="auto"/>
              <w:rPr>
                <w:lang w:eastAsia="ja-JP"/>
              </w:rPr>
            </w:pPr>
            <w:r w:rsidRPr="00F543A7">
              <w:rPr>
                <w:rFonts w:hint="eastAsia"/>
                <w:lang w:eastAsia="ja-JP"/>
              </w:rPr>
              <w:t>１　開発区域に含まれる</w:t>
            </w:r>
          </w:p>
          <w:p w14:paraId="71C3CD06" w14:textId="77777777" w:rsidR="00F142AA" w:rsidRPr="00F543A7" w:rsidRDefault="00F142AA" w:rsidP="00F142AA">
            <w:pPr>
              <w:spacing w:afterLines="50" w:after="120" w:line="240" w:lineRule="auto"/>
              <w:ind w:firstLineChars="200" w:firstLine="440"/>
              <w:rPr>
                <w:lang w:eastAsia="ja-JP"/>
              </w:rPr>
            </w:pPr>
            <w:r w:rsidRPr="00F543A7">
              <w:rPr>
                <w:rFonts w:hint="eastAsia"/>
                <w:lang w:eastAsia="ja-JP"/>
              </w:rPr>
              <w:t>地域の名称</w:t>
            </w:r>
          </w:p>
        </w:tc>
        <w:tc>
          <w:tcPr>
            <w:tcW w:w="5556" w:type="dxa"/>
            <w:vAlign w:val="center"/>
          </w:tcPr>
          <w:p w14:paraId="7F9D57A9" w14:textId="77777777" w:rsidR="00F142AA" w:rsidRPr="00F543A7" w:rsidRDefault="00F142AA" w:rsidP="00F142AA">
            <w:pPr>
              <w:spacing w:line="0" w:lineRule="atLeast"/>
              <w:rPr>
                <w:lang w:eastAsia="ja-JP"/>
              </w:rPr>
            </w:pPr>
          </w:p>
        </w:tc>
      </w:tr>
      <w:tr w:rsidR="006B61A0" w:rsidRPr="00F543A7" w14:paraId="2CE25F50" w14:textId="77777777" w:rsidTr="00F142AA">
        <w:trPr>
          <w:trHeight w:val="720"/>
        </w:trPr>
        <w:tc>
          <w:tcPr>
            <w:tcW w:w="518" w:type="dxa"/>
            <w:vMerge/>
          </w:tcPr>
          <w:p w14:paraId="6D993027" w14:textId="77777777" w:rsidR="006B61A0" w:rsidRPr="00F543A7" w:rsidRDefault="006B61A0" w:rsidP="006B61A0">
            <w:pPr>
              <w:spacing w:line="0" w:lineRule="atLeast"/>
              <w:rPr>
                <w:lang w:eastAsia="ja-JP"/>
              </w:rPr>
            </w:pPr>
          </w:p>
        </w:tc>
        <w:tc>
          <w:tcPr>
            <w:tcW w:w="3212" w:type="dxa"/>
            <w:vAlign w:val="center"/>
          </w:tcPr>
          <w:p w14:paraId="28D94380" w14:textId="77777777" w:rsidR="006B61A0" w:rsidRPr="00F543A7" w:rsidRDefault="006B61A0" w:rsidP="006B61A0">
            <w:pPr>
              <w:spacing w:line="0" w:lineRule="atLeast"/>
            </w:pPr>
            <w:r w:rsidRPr="00F543A7">
              <w:rPr>
                <w:rFonts w:hint="eastAsia"/>
              </w:rPr>
              <w:t>２　開発区域の面積</w:t>
            </w:r>
          </w:p>
        </w:tc>
        <w:tc>
          <w:tcPr>
            <w:tcW w:w="5556" w:type="dxa"/>
            <w:vAlign w:val="center"/>
          </w:tcPr>
          <w:p w14:paraId="31FF5EBE" w14:textId="3D02D02F" w:rsidR="006B61A0" w:rsidRPr="00F543A7" w:rsidRDefault="006B61A0" w:rsidP="006B61A0">
            <w:pPr>
              <w:spacing w:line="0" w:lineRule="atLeast"/>
              <w:jc w:val="right"/>
            </w:pPr>
            <w:r w:rsidRPr="00F543A7">
              <w:rPr>
                <w:rFonts w:hint="eastAsia"/>
                <w:lang w:eastAsia="ja-JP"/>
              </w:rPr>
              <w:t xml:space="preserve">平方メートル　</w:t>
            </w:r>
          </w:p>
        </w:tc>
      </w:tr>
      <w:tr w:rsidR="006B61A0" w:rsidRPr="00F543A7" w14:paraId="51BB054C" w14:textId="77777777" w:rsidTr="00F142AA">
        <w:trPr>
          <w:trHeight w:val="720"/>
        </w:trPr>
        <w:tc>
          <w:tcPr>
            <w:tcW w:w="518" w:type="dxa"/>
            <w:vMerge/>
          </w:tcPr>
          <w:p w14:paraId="036F5410" w14:textId="77777777" w:rsidR="006B61A0" w:rsidRPr="00F543A7" w:rsidRDefault="006B61A0" w:rsidP="006B61A0">
            <w:pPr>
              <w:spacing w:line="0" w:lineRule="atLeast"/>
              <w:rPr>
                <w:lang w:eastAsia="ja-JP"/>
              </w:rPr>
            </w:pPr>
          </w:p>
        </w:tc>
        <w:tc>
          <w:tcPr>
            <w:tcW w:w="3212" w:type="dxa"/>
            <w:vAlign w:val="center"/>
          </w:tcPr>
          <w:p w14:paraId="60F88EAD" w14:textId="77777777" w:rsidR="006B61A0" w:rsidRPr="00F543A7" w:rsidRDefault="006B61A0" w:rsidP="006B61A0">
            <w:pPr>
              <w:spacing w:line="0" w:lineRule="atLeast"/>
            </w:pPr>
            <w:r w:rsidRPr="00F543A7">
              <w:rPr>
                <w:rFonts w:hint="eastAsia"/>
              </w:rPr>
              <w:t xml:space="preserve">３　</w:t>
            </w:r>
            <w:r>
              <w:rPr>
                <w:rFonts w:hint="eastAsia"/>
              </w:rPr>
              <w:t>住宅</w:t>
            </w:r>
            <w:r w:rsidRPr="00F543A7">
              <w:rPr>
                <w:rFonts w:hint="eastAsia"/>
              </w:rPr>
              <w:t>の用途</w:t>
            </w:r>
          </w:p>
        </w:tc>
        <w:tc>
          <w:tcPr>
            <w:tcW w:w="5556" w:type="dxa"/>
            <w:vAlign w:val="center"/>
          </w:tcPr>
          <w:p w14:paraId="3A866AC6" w14:textId="77777777" w:rsidR="006B61A0" w:rsidRPr="00F543A7" w:rsidRDefault="006B61A0" w:rsidP="006B61A0">
            <w:pPr>
              <w:spacing w:line="0" w:lineRule="atLeast"/>
            </w:pPr>
          </w:p>
        </w:tc>
      </w:tr>
      <w:tr w:rsidR="006B61A0" w:rsidRPr="00F543A7" w14:paraId="128A265B" w14:textId="77777777" w:rsidTr="00F142AA">
        <w:trPr>
          <w:trHeight w:val="720"/>
        </w:trPr>
        <w:tc>
          <w:tcPr>
            <w:tcW w:w="518" w:type="dxa"/>
            <w:vMerge/>
          </w:tcPr>
          <w:p w14:paraId="0EC70682" w14:textId="77777777" w:rsidR="006B61A0" w:rsidRPr="00F543A7" w:rsidRDefault="006B61A0" w:rsidP="006B61A0">
            <w:pPr>
              <w:spacing w:line="0" w:lineRule="atLeast"/>
            </w:pPr>
          </w:p>
        </w:tc>
        <w:tc>
          <w:tcPr>
            <w:tcW w:w="3212" w:type="dxa"/>
            <w:vAlign w:val="center"/>
          </w:tcPr>
          <w:p w14:paraId="04517129" w14:textId="77777777" w:rsidR="006B61A0" w:rsidRPr="00F543A7" w:rsidRDefault="006B61A0" w:rsidP="006B61A0">
            <w:pPr>
              <w:spacing w:line="0" w:lineRule="atLeast"/>
              <w:rPr>
                <w:lang w:eastAsia="ja-JP"/>
              </w:rPr>
            </w:pPr>
            <w:r w:rsidRPr="00F543A7">
              <w:rPr>
                <w:rFonts w:hint="eastAsia"/>
                <w:lang w:eastAsia="ja-JP"/>
              </w:rPr>
              <w:t>４　工事の着手予定年月日</w:t>
            </w:r>
          </w:p>
        </w:tc>
        <w:tc>
          <w:tcPr>
            <w:tcW w:w="5556" w:type="dxa"/>
            <w:vAlign w:val="center"/>
          </w:tcPr>
          <w:p w14:paraId="436EF3C2" w14:textId="77777777" w:rsidR="006B61A0" w:rsidRPr="00F543A7" w:rsidRDefault="006B61A0" w:rsidP="006B61A0">
            <w:pPr>
              <w:spacing w:line="0" w:lineRule="atLeast"/>
              <w:jc w:val="right"/>
            </w:pPr>
            <w:r w:rsidRPr="00F543A7">
              <w:rPr>
                <w:rFonts w:hint="eastAsia"/>
              </w:rPr>
              <w:t xml:space="preserve">年　　月　　日　</w:t>
            </w:r>
          </w:p>
        </w:tc>
      </w:tr>
      <w:tr w:rsidR="006B61A0" w:rsidRPr="00F543A7" w14:paraId="0DBC3FFE" w14:textId="77777777" w:rsidTr="00F142AA">
        <w:trPr>
          <w:trHeight w:val="720"/>
        </w:trPr>
        <w:tc>
          <w:tcPr>
            <w:tcW w:w="518" w:type="dxa"/>
            <w:vMerge/>
          </w:tcPr>
          <w:p w14:paraId="58EE3278" w14:textId="77777777" w:rsidR="006B61A0" w:rsidRPr="00F543A7" w:rsidRDefault="006B61A0" w:rsidP="006B61A0">
            <w:pPr>
              <w:spacing w:line="0" w:lineRule="atLeast"/>
            </w:pPr>
          </w:p>
        </w:tc>
        <w:tc>
          <w:tcPr>
            <w:tcW w:w="3212" w:type="dxa"/>
            <w:vAlign w:val="center"/>
          </w:tcPr>
          <w:p w14:paraId="45131563" w14:textId="77777777" w:rsidR="006B61A0" w:rsidRPr="00F543A7" w:rsidRDefault="006B61A0" w:rsidP="006B61A0">
            <w:pPr>
              <w:spacing w:line="0" w:lineRule="atLeast"/>
              <w:rPr>
                <w:lang w:eastAsia="ja-JP"/>
              </w:rPr>
            </w:pPr>
            <w:r w:rsidRPr="00F543A7">
              <w:rPr>
                <w:rFonts w:hint="eastAsia"/>
                <w:lang w:eastAsia="ja-JP"/>
              </w:rPr>
              <w:t>５　工事の完了予定年月日</w:t>
            </w:r>
          </w:p>
        </w:tc>
        <w:tc>
          <w:tcPr>
            <w:tcW w:w="5556" w:type="dxa"/>
            <w:vAlign w:val="center"/>
          </w:tcPr>
          <w:p w14:paraId="0828511B" w14:textId="77777777" w:rsidR="006B61A0" w:rsidRPr="00F543A7" w:rsidRDefault="006B61A0" w:rsidP="006B61A0">
            <w:pPr>
              <w:spacing w:line="0" w:lineRule="atLeast"/>
              <w:jc w:val="right"/>
            </w:pPr>
            <w:r w:rsidRPr="00F543A7">
              <w:rPr>
                <w:rFonts w:hint="eastAsia"/>
              </w:rPr>
              <w:t xml:space="preserve">年　　月　　日　</w:t>
            </w:r>
          </w:p>
        </w:tc>
      </w:tr>
      <w:tr w:rsidR="006B61A0" w:rsidRPr="00F543A7" w14:paraId="61A31757" w14:textId="77777777" w:rsidTr="00F142AA">
        <w:trPr>
          <w:trHeight w:val="720"/>
        </w:trPr>
        <w:tc>
          <w:tcPr>
            <w:tcW w:w="518" w:type="dxa"/>
            <w:vMerge/>
          </w:tcPr>
          <w:p w14:paraId="09EFBC2F" w14:textId="77777777" w:rsidR="006B61A0" w:rsidRPr="00F543A7" w:rsidRDefault="006B61A0" w:rsidP="006B61A0">
            <w:pPr>
              <w:spacing w:line="0" w:lineRule="atLeast"/>
            </w:pPr>
          </w:p>
        </w:tc>
        <w:tc>
          <w:tcPr>
            <w:tcW w:w="3212" w:type="dxa"/>
            <w:vAlign w:val="center"/>
          </w:tcPr>
          <w:p w14:paraId="4D13006F" w14:textId="77777777" w:rsidR="006B61A0" w:rsidRPr="00F543A7" w:rsidRDefault="006B61A0" w:rsidP="006B61A0">
            <w:pPr>
              <w:spacing w:line="0" w:lineRule="atLeast"/>
            </w:pPr>
            <w:r w:rsidRPr="00F543A7">
              <w:rPr>
                <w:rFonts w:hint="eastAsia"/>
              </w:rPr>
              <w:t>６　その他必要な事項</w:t>
            </w:r>
          </w:p>
        </w:tc>
        <w:tc>
          <w:tcPr>
            <w:tcW w:w="5556" w:type="dxa"/>
            <w:vAlign w:val="center"/>
          </w:tcPr>
          <w:p w14:paraId="6D04865A" w14:textId="77777777" w:rsidR="006B61A0" w:rsidRPr="00F543A7" w:rsidRDefault="006B61A0" w:rsidP="006B61A0">
            <w:pPr>
              <w:spacing w:line="0" w:lineRule="atLeast"/>
            </w:pPr>
          </w:p>
        </w:tc>
      </w:tr>
    </w:tbl>
    <w:p w14:paraId="2129EB92" w14:textId="3C1DF14B" w:rsidR="006B61A0" w:rsidRDefault="006B61A0" w:rsidP="006B61A0">
      <w:pPr>
        <w:spacing w:after="0" w:line="0" w:lineRule="atLeast"/>
        <w:ind w:firstLineChars="100" w:firstLine="220"/>
        <w:rPr>
          <w:lang w:eastAsia="ja-JP"/>
        </w:rPr>
      </w:pPr>
      <w:r>
        <w:rPr>
          <w:rFonts w:hint="eastAsia"/>
          <w:lang w:eastAsia="ja-JP"/>
        </w:rPr>
        <w:t>注</w:t>
      </w:r>
      <w:r w:rsidRPr="00F543A7">
        <w:rPr>
          <w:rFonts w:hint="eastAsia"/>
          <w:lang w:eastAsia="ja-JP"/>
        </w:rPr>
        <w:t xml:space="preserve">　届出者が法人である場合においては、氏名は、その法人の名称及び代表者の氏名を記載すること。</w:t>
      </w:r>
    </w:p>
    <w:p w14:paraId="6EB32288" w14:textId="77777777" w:rsidR="006B61A0" w:rsidRPr="00F543A7" w:rsidRDefault="006B61A0" w:rsidP="006B61A0">
      <w:pPr>
        <w:spacing w:after="0" w:line="0" w:lineRule="atLeast"/>
        <w:ind w:firstLineChars="100" w:firstLine="220"/>
        <w:rPr>
          <w:lang w:eastAsia="ja-JP"/>
        </w:rPr>
      </w:pPr>
    </w:p>
    <w:p w14:paraId="603F0C17" w14:textId="77777777" w:rsidR="006B61A0" w:rsidRPr="00F543A7" w:rsidRDefault="006B61A0" w:rsidP="006B61A0">
      <w:pPr>
        <w:spacing w:after="0" w:line="0" w:lineRule="atLeast"/>
        <w:rPr>
          <w:lang w:eastAsia="ja-JP"/>
        </w:rPr>
      </w:pPr>
      <w:r w:rsidRPr="00F543A7">
        <w:rPr>
          <w:rFonts w:hint="eastAsia"/>
          <w:lang w:eastAsia="ja-JP"/>
        </w:rPr>
        <w:t>（添付図書）</w:t>
      </w:r>
    </w:p>
    <w:p w14:paraId="6EBDDFA6" w14:textId="37436E15" w:rsidR="006B61A0" w:rsidRPr="00F543A7" w:rsidRDefault="006B61A0" w:rsidP="000154E7">
      <w:pPr>
        <w:spacing w:after="0" w:line="0" w:lineRule="atLeast"/>
        <w:ind w:left="220" w:hangingChars="100" w:hanging="220"/>
        <w:rPr>
          <w:lang w:eastAsia="ja-JP"/>
        </w:rPr>
      </w:pPr>
      <w:r w:rsidRPr="00F543A7">
        <w:rPr>
          <w:rFonts w:hint="eastAsia"/>
          <w:lang w:eastAsia="ja-JP"/>
        </w:rPr>
        <w:t>・当該行為を行う土地の区域並びに当該区域内及び当該区域の周辺の公共施設を表示する図面</w:t>
      </w:r>
      <w:r>
        <w:rPr>
          <w:rFonts w:hint="eastAsia"/>
          <w:lang w:eastAsia="ja-JP"/>
        </w:rPr>
        <w:t>で縮尺</w:t>
      </w:r>
      <w:r>
        <w:rPr>
          <w:rFonts w:hint="eastAsia"/>
          <w:lang w:eastAsia="ja-JP"/>
        </w:rPr>
        <w:t>1/1,000</w:t>
      </w:r>
      <w:r>
        <w:rPr>
          <w:rFonts w:hint="eastAsia"/>
          <w:lang w:eastAsia="ja-JP"/>
        </w:rPr>
        <w:t>以上のもの</w:t>
      </w:r>
      <w:r w:rsidRPr="00F543A7">
        <w:rPr>
          <w:rFonts w:hint="eastAsia"/>
          <w:lang w:eastAsia="ja-JP"/>
        </w:rPr>
        <w:t>（</w:t>
      </w:r>
      <w:r>
        <w:rPr>
          <w:rFonts w:hint="eastAsia"/>
          <w:lang w:eastAsia="ja-JP"/>
        </w:rPr>
        <w:t>現況図</w:t>
      </w:r>
      <w:r w:rsidRPr="00F543A7">
        <w:rPr>
          <w:rFonts w:hint="eastAsia"/>
          <w:lang w:eastAsia="ja-JP"/>
        </w:rPr>
        <w:t>）</w:t>
      </w:r>
    </w:p>
    <w:p w14:paraId="0539DFC4" w14:textId="77777777" w:rsidR="006B61A0" w:rsidRPr="00F543A7" w:rsidRDefault="006B61A0" w:rsidP="006B61A0">
      <w:pPr>
        <w:spacing w:after="0" w:line="0" w:lineRule="atLeast"/>
        <w:rPr>
          <w:lang w:eastAsia="ja-JP"/>
        </w:rPr>
      </w:pPr>
      <w:r w:rsidRPr="00F543A7">
        <w:rPr>
          <w:rFonts w:hint="eastAsia"/>
          <w:lang w:eastAsia="ja-JP"/>
        </w:rPr>
        <w:t>・設計図</w:t>
      </w:r>
      <w:r>
        <w:rPr>
          <w:rFonts w:hint="eastAsia"/>
          <w:lang w:eastAsia="ja-JP"/>
        </w:rPr>
        <w:t>で縮尺</w:t>
      </w:r>
      <w:r>
        <w:rPr>
          <w:rFonts w:hint="eastAsia"/>
          <w:lang w:eastAsia="ja-JP"/>
        </w:rPr>
        <w:t>1/100</w:t>
      </w:r>
      <w:r>
        <w:rPr>
          <w:rFonts w:hint="eastAsia"/>
          <w:lang w:eastAsia="ja-JP"/>
        </w:rPr>
        <w:t>以上のもの</w:t>
      </w:r>
      <w:r w:rsidRPr="00F543A7">
        <w:rPr>
          <w:rFonts w:hint="eastAsia"/>
          <w:lang w:eastAsia="ja-JP"/>
        </w:rPr>
        <w:t>（</w:t>
      </w:r>
      <w:r>
        <w:rPr>
          <w:rFonts w:hint="eastAsia"/>
          <w:lang w:eastAsia="ja-JP"/>
        </w:rPr>
        <w:t>土地利用計画図</w:t>
      </w:r>
      <w:r w:rsidRPr="00F543A7">
        <w:rPr>
          <w:rFonts w:hint="eastAsia"/>
          <w:lang w:eastAsia="ja-JP"/>
        </w:rPr>
        <w:t>）</w:t>
      </w:r>
    </w:p>
    <w:p w14:paraId="184A0A71" w14:textId="77777777" w:rsidR="006B61A0" w:rsidRPr="00F543A7" w:rsidRDefault="006B61A0" w:rsidP="006B61A0">
      <w:pPr>
        <w:spacing w:after="0" w:line="0" w:lineRule="atLeast"/>
        <w:rPr>
          <w:lang w:eastAsia="ja-JP"/>
        </w:rPr>
      </w:pPr>
      <w:r>
        <w:rPr>
          <w:rFonts w:hint="eastAsia"/>
          <w:lang w:eastAsia="ja-JP"/>
        </w:rPr>
        <w:t>・位置図</w:t>
      </w:r>
      <w:r w:rsidRPr="00F543A7">
        <w:rPr>
          <w:rFonts w:hint="eastAsia"/>
          <w:lang w:eastAsia="ja-JP"/>
        </w:rPr>
        <w:t>及び求積図</w:t>
      </w:r>
    </w:p>
    <w:p w14:paraId="2CAABF68" w14:textId="001BA9F3" w:rsidR="006B61A0" w:rsidRPr="000150D7" w:rsidRDefault="006B61A0" w:rsidP="000150D7">
      <w:pPr>
        <w:spacing w:after="0" w:line="0" w:lineRule="atLeast"/>
        <w:rPr>
          <w:lang w:eastAsia="ja-JP"/>
        </w:rPr>
      </w:pPr>
      <w:r w:rsidRPr="00F543A7">
        <w:rPr>
          <w:rFonts w:hint="eastAsia"/>
          <w:lang w:eastAsia="ja-JP"/>
        </w:rPr>
        <w:t>・その他参考となるべき事項を記載した図書</w:t>
      </w:r>
    </w:p>
    <w:p w14:paraId="66BEA8DB" w14:textId="77777777" w:rsidR="00223719" w:rsidRDefault="00223719" w:rsidP="005F0B6D">
      <w:pPr>
        <w:widowControl w:val="0"/>
        <w:spacing w:after="0" w:line="240" w:lineRule="auto"/>
        <w:jc w:val="both"/>
        <w:rPr>
          <w:rFonts w:ascii="Century" w:eastAsia="ＭＳ 明朝" w:hAnsi="Century" w:cs="Times New Roman"/>
          <w:kern w:val="2"/>
          <w:szCs w:val="24"/>
          <w:lang w:eastAsia="ja-JP"/>
        </w:rPr>
      </w:pPr>
    </w:p>
    <w:p w14:paraId="338AC28B" w14:textId="77777777" w:rsidR="000154E7" w:rsidRDefault="000154E7" w:rsidP="005F0B6D">
      <w:pPr>
        <w:widowControl w:val="0"/>
        <w:spacing w:after="0" w:line="240" w:lineRule="auto"/>
        <w:jc w:val="both"/>
        <w:rPr>
          <w:rFonts w:ascii="Century" w:eastAsia="ＭＳ 明朝" w:hAnsi="Century" w:cs="Times New Roman"/>
          <w:kern w:val="2"/>
          <w:szCs w:val="24"/>
          <w:lang w:eastAsia="ja-JP"/>
        </w:rPr>
      </w:pPr>
    </w:p>
    <w:p w14:paraId="646F3F5C" w14:textId="77777777" w:rsidR="00821D2C" w:rsidRDefault="00821D2C" w:rsidP="005F0B6D">
      <w:pPr>
        <w:widowControl w:val="0"/>
        <w:spacing w:after="0" w:line="240" w:lineRule="auto"/>
        <w:jc w:val="both"/>
        <w:rPr>
          <w:rFonts w:ascii="Century" w:eastAsia="ＭＳ 明朝" w:hAnsi="Century" w:cs="Times New Roman"/>
          <w:kern w:val="2"/>
          <w:szCs w:val="24"/>
          <w:lang w:eastAsia="ja-JP"/>
        </w:rPr>
      </w:pPr>
    </w:p>
    <w:sectPr w:rsidR="00821D2C" w:rsidSect="00A00064">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6751C" w14:textId="77777777" w:rsidR="00C03FFB" w:rsidRDefault="00C03FFB" w:rsidP="00DB4341">
      <w:pPr>
        <w:spacing w:after="0" w:line="240" w:lineRule="auto"/>
      </w:pPr>
      <w:r>
        <w:separator/>
      </w:r>
    </w:p>
  </w:endnote>
  <w:endnote w:type="continuationSeparator" w:id="0">
    <w:p w14:paraId="1520A83D" w14:textId="77777777" w:rsidR="00C03FFB" w:rsidRDefault="00C03FFB" w:rsidP="00DB4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0B03C8" w14:textId="77777777" w:rsidR="00C03FFB" w:rsidRDefault="00C03FFB" w:rsidP="00DB4341">
      <w:pPr>
        <w:spacing w:after="0" w:line="240" w:lineRule="auto"/>
      </w:pPr>
      <w:r>
        <w:separator/>
      </w:r>
    </w:p>
  </w:footnote>
  <w:footnote w:type="continuationSeparator" w:id="0">
    <w:p w14:paraId="7BF30799" w14:textId="77777777" w:rsidR="00C03FFB" w:rsidRDefault="00C03FFB" w:rsidP="00DB43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46F85AB3"/>
    <w:multiLevelType w:val="hybridMultilevel"/>
    <w:tmpl w:val="5A7CB3B6"/>
    <w:lvl w:ilvl="0" w:tplc="EDEE4CC4">
      <w:start w:val="1"/>
      <w:numFmt w:val="decimal"/>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num w:numId="1" w16cid:durableId="837160088">
    <w:abstractNumId w:val="8"/>
  </w:num>
  <w:num w:numId="2" w16cid:durableId="329333885">
    <w:abstractNumId w:val="6"/>
  </w:num>
  <w:num w:numId="3" w16cid:durableId="2114934148">
    <w:abstractNumId w:val="5"/>
  </w:num>
  <w:num w:numId="4" w16cid:durableId="122575295">
    <w:abstractNumId w:val="4"/>
  </w:num>
  <w:num w:numId="5" w16cid:durableId="417487019">
    <w:abstractNumId w:val="7"/>
  </w:num>
  <w:num w:numId="6" w16cid:durableId="1886942244">
    <w:abstractNumId w:val="3"/>
  </w:num>
  <w:num w:numId="7" w16cid:durableId="654991105">
    <w:abstractNumId w:val="2"/>
  </w:num>
  <w:num w:numId="8" w16cid:durableId="1914119848">
    <w:abstractNumId w:val="1"/>
  </w:num>
  <w:num w:numId="9" w16cid:durableId="1169829848">
    <w:abstractNumId w:val="0"/>
  </w:num>
  <w:num w:numId="10" w16cid:durableId="29368389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50D7"/>
    <w:rsid w:val="000154E7"/>
    <w:rsid w:val="00034616"/>
    <w:rsid w:val="0005463F"/>
    <w:rsid w:val="0006063C"/>
    <w:rsid w:val="000A53FD"/>
    <w:rsid w:val="00127B71"/>
    <w:rsid w:val="0015074B"/>
    <w:rsid w:val="001900D6"/>
    <w:rsid w:val="001963A1"/>
    <w:rsid w:val="001D1D11"/>
    <w:rsid w:val="001F090B"/>
    <w:rsid w:val="00223719"/>
    <w:rsid w:val="00261D3E"/>
    <w:rsid w:val="0027244B"/>
    <w:rsid w:val="0029639D"/>
    <w:rsid w:val="002C5F78"/>
    <w:rsid w:val="002C7E95"/>
    <w:rsid w:val="00326AA2"/>
    <w:rsid w:val="00326F90"/>
    <w:rsid w:val="00327A2B"/>
    <w:rsid w:val="00334B9A"/>
    <w:rsid w:val="00367F42"/>
    <w:rsid w:val="00377124"/>
    <w:rsid w:val="003A1875"/>
    <w:rsid w:val="0042219B"/>
    <w:rsid w:val="00452B80"/>
    <w:rsid w:val="00455F7C"/>
    <w:rsid w:val="004D2E29"/>
    <w:rsid w:val="004E0D31"/>
    <w:rsid w:val="004E0E09"/>
    <w:rsid w:val="00535EDE"/>
    <w:rsid w:val="00546EB0"/>
    <w:rsid w:val="005A4105"/>
    <w:rsid w:val="005B1C93"/>
    <w:rsid w:val="005C4D54"/>
    <w:rsid w:val="005C5965"/>
    <w:rsid w:val="005F0B6D"/>
    <w:rsid w:val="00606D07"/>
    <w:rsid w:val="00626EC6"/>
    <w:rsid w:val="00653C2C"/>
    <w:rsid w:val="0067152B"/>
    <w:rsid w:val="00681F4E"/>
    <w:rsid w:val="006B61A0"/>
    <w:rsid w:val="006C79EF"/>
    <w:rsid w:val="006F2D23"/>
    <w:rsid w:val="00765C88"/>
    <w:rsid w:val="007923F4"/>
    <w:rsid w:val="007B71AD"/>
    <w:rsid w:val="00821D2C"/>
    <w:rsid w:val="008E1B87"/>
    <w:rsid w:val="00944E41"/>
    <w:rsid w:val="00945C3D"/>
    <w:rsid w:val="0099032F"/>
    <w:rsid w:val="00A00064"/>
    <w:rsid w:val="00A23D3E"/>
    <w:rsid w:val="00A81D40"/>
    <w:rsid w:val="00AA1D8D"/>
    <w:rsid w:val="00AC7C5E"/>
    <w:rsid w:val="00B47730"/>
    <w:rsid w:val="00B54DFB"/>
    <w:rsid w:val="00B5635F"/>
    <w:rsid w:val="00B929E1"/>
    <w:rsid w:val="00BA3255"/>
    <w:rsid w:val="00BA5237"/>
    <w:rsid w:val="00BA5EE5"/>
    <w:rsid w:val="00BB4B3E"/>
    <w:rsid w:val="00C03FFB"/>
    <w:rsid w:val="00C83325"/>
    <w:rsid w:val="00C9278E"/>
    <w:rsid w:val="00CB0664"/>
    <w:rsid w:val="00CD49E2"/>
    <w:rsid w:val="00CE0A70"/>
    <w:rsid w:val="00CE5256"/>
    <w:rsid w:val="00D569E9"/>
    <w:rsid w:val="00D64763"/>
    <w:rsid w:val="00D64926"/>
    <w:rsid w:val="00DB4341"/>
    <w:rsid w:val="00DC72C1"/>
    <w:rsid w:val="00DD62AA"/>
    <w:rsid w:val="00DF1018"/>
    <w:rsid w:val="00DF41F5"/>
    <w:rsid w:val="00E455D5"/>
    <w:rsid w:val="00EA54E6"/>
    <w:rsid w:val="00EE186D"/>
    <w:rsid w:val="00EF04B1"/>
    <w:rsid w:val="00F142AA"/>
    <w:rsid w:val="00F70917"/>
    <w:rsid w:val="00FC2704"/>
    <w:rsid w:val="00FC693F"/>
    <w:rsid w:val="00FF160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BD2DC04"/>
  <w14:defaultImageDpi w14:val="300"/>
  <w15:docId w15:val="{7C31BEA8-9CB8-49EC-977A-EF2844A5F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
    <w:name w:val="Hyperlink"/>
    <w:basedOn w:val="a2"/>
    <w:uiPriority w:val="99"/>
    <w:unhideWhenUsed/>
    <w:rsid w:val="001963A1"/>
    <w:rPr>
      <w:color w:val="0000FF"/>
      <w:u w:val="single"/>
    </w:rPr>
  </w:style>
  <w:style w:type="character" w:styleId="aff0">
    <w:name w:val="Unresolved Mention"/>
    <w:basedOn w:val="a2"/>
    <w:uiPriority w:val="99"/>
    <w:semiHidden/>
    <w:unhideWhenUsed/>
    <w:rsid w:val="00653C2C"/>
    <w:rPr>
      <w:color w:val="605E5C"/>
      <w:shd w:val="clear" w:color="auto" w:fill="E1DFDD"/>
    </w:rPr>
  </w:style>
  <w:style w:type="character" w:styleId="aff1">
    <w:name w:val="FollowedHyperlink"/>
    <w:basedOn w:val="a2"/>
    <w:uiPriority w:val="99"/>
    <w:semiHidden/>
    <w:unhideWhenUsed/>
    <w:rsid w:val="00945C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217</Words>
  <Characters>217</Characters>
  <Application>Microsoft Office Word</Application>
  <DocSecurity>0</DocSecurity>
  <Lines>31</Lines>
  <Paragraphs>30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generated by python-docx</dc:description>
  <cp:lastModifiedBy>谷津田 直紀</cp:lastModifiedBy>
  <cp:revision>5</cp:revision>
  <cp:lastPrinted>2026-07-30T06:48:00Z</cp:lastPrinted>
  <dcterms:created xsi:type="dcterms:W3CDTF">2026-07-27T06:34:00Z</dcterms:created>
  <dcterms:modified xsi:type="dcterms:W3CDTF">2026-07-30T06:55:00Z</dcterms:modified>
  <cp:category/>
</cp:coreProperties>
</file>