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049DD" w14:textId="3C2816E7" w:rsidR="005F0B6D" w:rsidRPr="005F0B6D" w:rsidRDefault="005F0B6D" w:rsidP="005F0B6D">
      <w:pPr>
        <w:widowControl w:val="0"/>
        <w:spacing w:after="0" w:line="240" w:lineRule="auto"/>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様式第</w:t>
      </w:r>
      <w:r w:rsidRPr="005F0B6D">
        <w:rPr>
          <w:rFonts w:ascii="Century" w:eastAsia="ＭＳ 明朝" w:hAnsi="Century" w:cs="Times New Roman"/>
          <w:kern w:val="2"/>
          <w:szCs w:val="24"/>
          <w:lang w:eastAsia="ja-JP"/>
        </w:rPr>
        <w:t>2</w:t>
      </w:r>
      <w:r w:rsidRPr="005F0B6D">
        <w:rPr>
          <w:rFonts w:ascii="Century" w:eastAsia="ＭＳ 明朝" w:hAnsi="Century" w:cs="Times New Roman"/>
          <w:kern w:val="2"/>
          <w:szCs w:val="24"/>
          <w:lang w:eastAsia="ja-JP"/>
        </w:rPr>
        <w:t>号</w:t>
      </w:r>
    </w:p>
    <w:p w14:paraId="279E970D" w14:textId="77777777" w:rsidR="005F0B6D" w:rsidRPr="005F0B6D" w:rsidRDefault="005F0B6D" w:rsidP="005F0B6D">
      <w:pPr>
        <w:widowControl w:val="0"/>
        <w:spacing w:after="0" w:line="240" w:lineRule="auto"/>
        <w:jc w:val="both"/>
        <w:rPr>
          <w:rFonts w:ascii="Century" w:eastAsia="ＭＳ 明朝" w:hAnsi="Century" w:cs="Times New Roman"/>
          <w:kern w:val="2"/>
          <w:szCs w:val="24"/>
          <w:lang w:eastAsia="ja-JP"/>
        </w:rPr>
      </w:pPr>
    </w:p>
    <w:p w14:paraId="0A1599A1" w14:textId="77777777" w:rsidR="005F0B6D" w:rsidRPr="005F0B6D" w:rsidRDefault="005F0B6D" w:rsidP="005F0B6D">
      <w:pPr>
        <w:widowControl w:val="0"/>
        <w:spacing w:afterLines="50" w:after="120" w:line="240" w:lineRule="auto"/>
        <w:jc w:val="center"/>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住宅を新築し、又は建築物を改築し、若しくはその用途を変更して住宅とする行為の届出書</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4"/>
        <w:gridCol w:w="6024"/>
      </w:tblGrid>
      <w:tr w:rsidR="0045547A" w:rsidRPr="005F0B6D" w14:paraId="532A2592" w14:textId="77777777" w:rsidTr="000431CF">
        <w:tc>
          <w:tcPr>
            <w:tcW w:w="9628" w:type="dxa"/>
            <w:gridSpan w:val="2"/>
          </w:tcPr>
          <w:p w14:paraId="03B132C4" w14:textId="77777777" w:rsidR="0045547A" w:rsidRDefault="0045547A" w:rsidP="0045547A">
            <w:pPr>
              <w:widowControl w:val="0"/>
              <w:spacing w:after="0" w:line="240" w:lineRule="auto"/>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 xml:space="preserve">　</w:t>
            </w:r>
          </w:p>
          <w:p w14:paraId="3FF54838" w14:textId="2D969314" w:rsidR="0045547A" w:rsidRDefault="0045547A" w:rsidP="0045547A">
            <w:pPr>
              <w:widowControl w:val="0"/>
              <w:spacing w:after="0" w:line="240" w:lineRule="auto"/>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都市再生特別措置法第８８条第１項の規定に基づき、</w:t>
            </w:r>
          </w:p>
          <w:p w14:paraId="3FE05CF8" w14:textId="75C22B29" w:rsidR="0045547A" w:rsidRPr="005F0B6D" w:rsidRDefault="0045547A" w:rsidP="0045547A">
            <w:pPr>
              <w:widowControl w:val="0"/>
              <w:spacing w:after="0" w:line="240" w:lineRule="auto"/>
              <w:jc w:val="both"/>
              <w:rPr>
                <w:rFonts w:ascii="Century" w:eastAsia="ＭＳ 明朝" w:hAnsi="Century" w:cs="Times New Roman"/>
                <w:kern w:val="2"/>
                <w:szCs w:val="24"/>
                <w:lang w:eastAsia="ja-JP"/>
              </w:rPr>
            </w:pPr>
          </w:p>
          <w:p w14:paraId="1D5B5AA8" w14:textId="34FEAAD9" w:rsidR="0045547A" w:rsidRPr="005F0B6D" w:rsidRDefault="000E473A" w:rsidP="0045547A">
            <w:pPr>
              <w:widowControl w:val="0"/>
              <w:spacing w:afterLines="10" w:after="24" w:line="240" w:lineRule="auto"/>
              <w:jc w:val="both"/>
              <w:rPr>
                <w:rFonts w:ascii="Century" w:eastAsia="ＭＳ 明朝" w:hAnsi="Century" w:cs="Times New Roman"/>
                <w:kern w:val="2"/>
                <w:szCs w:val="24"/>
                <w:lang w:eastAsia="ja-JP"/>
              </w:rPr>
            </w:pPr>
            <w:r w:rsidRPr="005F0B6D">
              <w:rPr>
                <w:rFonts w:ascii="Century" w:eastAsia="ＭＳ 明朝" w:hAnsi="Century" w:cs="Times New Roman"/>
                <w:noProof/>
                <w:kern w:val="2"/>
                <w:szCs w:val="24"/>
                <w:lang w:eastAsia="ja-JP"/>
              </w:rPr>
              <mc:AlternateContent>
                <mc:Choice Requires="wps">
                  <w:drawing>
                    <wp:anchor distT="0" distB="0" distL="114300" distR="114300" simplePos="0" relativeHeight="251659264" behindDoc="0" locked="0" layoutInCell="1" allowOverlap="1" wp14:anchorId="7FE80D6E" wp14:editId="1FFFE597">
                      <wp:simplePos x="0" y="0"/>
                      <wp:positionH relativeFrom="column">
                        <wp:posOffset>2906202</wp:posOffset>
                      </wp:positionH>
                      <wp:positionV relativeFrom="paragraph">
                        <wp:posOffset>129540</wp:posOffset>
                      </wp:positionV>
                      <wp:extent cx="2636520" cy="720725"/>
                      <wp:effectExtent l="0" t="0" r="0" b="5715"/>
                      <wp:wrapNone/>
                      <wp:docPr id="29" name="中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6520" cy="720725"/>
                              </a:xfrm>
                              <a:prstGeom prst="bracePair">
                                <a:avLst>
                                  <a:gd name="adj" fmla="val 8333"/>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lgn="ctr">
                                    <a:solidFill>
                                      <a:srgbClr val="000000"/>
                                    </a:solidFill>
                                    <a:miter lim="800000"/>
                                    <a:headEnd/>
                                    <a:tailEnd/>
                                  </a14:hiddenLine>
                                </a:ext>
                              </a:extLst>
                            </wps:spPr>
                            <wps:txbx>
                              <w:txbxContent>
                                <w:p w14:paraId="6348907E" w14:textId="77777777" w:rsidR="0045547A" w:rsidRPr="00EE096A" w:rsidRDefault="0045547A" w:rsidP="000E473A">
                                  <w:pPr>
                                    <w:spacing w:after="0" w:line="240" w:lineRule="auto"/>
                                    <w:rPr>
                                      <w:sz w:val="24"/>
                                      <w:szCs w:val="24"/>
                                    </w:rPr>
                                  </w:pPr>
                                </w:p>
                                <w:p w14:paraId="71DC1101" w14:textId="77777777" w:rsidR="0045547A" w:rsidRDefault="0045547A" w:rsidP="005F0B6D">
                                  <w:pPr>
                                    <w:rPr>
                                      <w:lang w:eastAsia="ja-JP"/>
                                    </w:rPr>
                                  </w:pPr>
                                  <w:r>
                                    <w:rPr>
                                      <w:rFonts w:hint="eastAsia"/>
                                      <w:lang w:eastAsia="ja-JP"/>
                                    </w:rPr>
                                    <w:t>について、下記により届け出ます。</w:t>
                                  </w:r>
                                </w:p>
                                <w:p w14:paraId="22854E66" w14:textId="77777777" w:rsidR="0045547A" w:rsidRDefault="0045547A" w:rsidP="005F0B6D">
                                  <w:pPr>
                                    <w:rPr>
                                      <w:lang w:eastAsia="ja-JP"/>
                                    </w:rPr>
                                  </w:pPr>
                                </w:p>
                              </w:txbxContent>
                            </wps:txbx>
                            <wps:bodyPr rot="0" vert="horz" wrap="square" lIns="72000" tIns="0" rIns="72000" bIns="0" anchor="ctr" anchorCtr="0" upright="1">
                              <a:spAutoFit/>
                            </wps:bodyPr>
                          </wps:wsp>
                        </a:graphicData>
                      </a:graphic>
                      <wp14:sizeRelH relativeFrom="page">
                        <wp14:pctWidth>0</wp14:pctWidth>
                      </wp14:sizeRelH>
                      <wp14:sizeRelV relativeFrom="page">
                        <wp14:pctHeight>0</wp14:pctHeight>
                      </wp14:sizeRelV>
                    </wp:anchor>
                  </w:drawing>
                </mc:Choice>
                <mc:Fallback>
                  <w:pict>
                    <v:shapetype w14:anchorId="7FE80D6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_x0000_s1026" type="#_x0000_t186" style="position:absolute;left:0;text-align:left;margin-left:228.85pt;margin-top:10.2pt;width:207.6pt;height:5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" stroked="f" strokeweight="1pt">
                      <v:stroke joinstyle="miter"/>
                      <v:textbox style="mso-fit-shape-to-text:t" inset="2mm,0,2mm,0">
                        <w:txbxContent>
                          <w:p w14:paraId="6348907E" w14:textId="77777777" w:rsidR="0045547A" w:rsidRPr="00EE096A" w:rsidRDefault="0045547A" w:rsidP="000E473A">
                            <w:pPr>
                              <w:spacing w:after="0" w:line="240" w:lineRule="auto"/>
                              <w:rPr>
                                <w:sz w:val="24"/>
                                <w:szCs w:val="24"/>
                              </w:rPr>
                            </w:pPr>
                          </w:p>
                          <w:p w14:paraId="71DC1101" w14:textId="77777777" w:rsidR="0045547A" w:rsidRDefault="0045547A" w:rsidP="005F0B6D">
                            <w:pPr>
                              <w:rPr>
                                <w:lang w:eastAsia="ja-JP"/>
                              </w:rPr>
                            </w:pPr>
                            <w:r>
                              <w:rPr>
                                <w:rFonts w:hint="eastAsia"/>
                                <w:lang w:eastAsia="ja-JP"/>
                              </w:rPr>
                              <w:t>について、下記により届け出ます。</w:t>
                            </w:r>
                          </w:p>
                          <w:p w14:paraId="22854E66" w14:textId="77777777" w:rsidR="0045547A" w:rsidRDefault="0045547A" w:rsidP="005F0B6D">
                            <w:pPr>
                              <w:rPr>
                                <w:lang w:eastAsia="ja-JP"/>
                              </w:rPr>
                            </w:pPr>
                          </w:p>
                        </w:txbxContent>
                      </v:textbox>
                    </v:shape>
                  </w:pict>
                </mc:Fallback>
              </mc:AlternateContent>
            </w:r>
            <w:r w:rsidR="0045547A" w:rsidRPr="005F0B6D">
              <w:rPr>
                <w:rFonts w:ascii="Century" w:eastAsia="ＭＳ 明朝" w:hAnsi="Century" w:cs="Times New Roman"/>
                <w:kern w:val="2"/>
                <w:szCs w:val="24"/>
                <w:lang w:eastAsia="ja-JP"/>
              </w:rPr>
              <w:t xml:space="preserve">　</w:t>
            </w:r>
            <w:r w:rsidR="0045547A" w:rsidRPr="005F0B6D">
              <w:rPr>
                <w:rFonts w:ascii="Century" w:eastAsia="ＭＳ 明朝" w:hAnsi="Century" w:cs="Times New Roman"/>
                <w:noProof/>
                <w:kern w:val="2"/>
                <w:szCs w:val="24"/>
                <w:lang w:eastAsia="ja-JP"/>
              </w:rPr>
              <mc:AlternateContent>
                <mc:Choice Requires="wps">
                  <w:drawing>
                    <wp:inline distT="0" distB="0" distL="0" distR="0" wp14:anchorId="46A901D4" wp14:editId="2BBBED8B">
                      <wp:extent cx="2916000" cy="1009650"/>
                      <wp:effectExtent l="0" t="0" r="27305" b="19050"/>
                      <wp:docPr id="1847753780" name="中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6000" cy="1009650"/>
                              </a:xfrm>
                              <a:prstGeom prst="bracePair">
                                <a:avLst>
                                  <a:gd name="adj" fmla="val 4625"/>
                                </a:avLst>
                              </a:prstGeom>
                              <a:noFill/>
                              <a:ln w="127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F1D5C6B" w14:textId="77777777" w:rsidR="0045547A" w:rsidRDefault="0045547A" w:rsidP="005F0B6D">
                                  <w:pPr>
                                    <w:rPr>
                                      <w:lang w:eastAsia="ja-JP"/>
                                    </w:rPr>
                                  </w:pPr>
                                  <w:r w:rsidRPr="000154E7">
                                    <w:rPr>
                                      <w:rFonts w:hint="eastAsia"/>
                                      <w:spacing w:val="722"/>
                                      <w:fitText w:val="3990" w:id="-1437277182"/>
                                      <w:lang w:eastAsia="ja-JP"/>
                                    </w:rPr>
                                    <w:t>住宅の新</w:t>
                                  </w:r>
                                  <w:r w:rsidRPr="000154E7">
                                    <w:rPr>
                                      <w:rFonts w:hint="eastAsia"/>
                                      <w:spacing w:val="2"/>
                                      <w:fitText w:val="3990" w:id="-1437277182"/>
                                      <w:lang w:eastAsia="ja-JP"/>
                                    </w:rPr>
                                    <w:t>築</w:t>
                                  </w:r>
                                </w:p>
                                <w:p w14:paraId="546F6C02" w14:textId="77777777" w:rsidR="0045547A" w:rsidRDefault="0045547A" w:rsidP="005F0B6D">
                                  <w:pPr>
                                    <w:rPr>
                                      <w:lang w:eastAsia="ja-JP"/>
                                    </w:rPr>
                                  </w:pPr>
                                  <w:r w:rsidRPr="000E473A">
                                    <w:rPr>
                                      <w:rFonts w:hint="eastAsia"/>
                                      <w:spacing w:val="49"/>
                                      <w:fitText w:val="3990" w:id="-1437277183"/>
                                      <w:lang w:eastAsia="ja-JP"/>
                                    </w:rPr>
                                    <w:t>建築物を改築して住宅とする行</w:t>
                                  </w:r>
                                  <w:r w:rsidRPr="000E473A">
                                    <w:rPr>
                                      <w:rFonts w:hint="eastAsia"/>
                                      <w:spacing w:val="5"/>
                                      <w:fitText w:val="3990" w:id="-1437277183"/>
                                      <w:lang w:eastAsia="ja-JP"/>
                                    </w:rPr>
                                    <w:t>為</w:t>
                                  </w:r>
                                </w:p>
                                <w:p w14:paraId="518F5B5F" w14:textId="77777777" w:rsidR="0045547A" w:rsidRDefault="0045547A" w:rsidP="005F0B6D">
                                  <w:pPr>
                                    <w:rPr>
                                      <w:lang w:eastAsia="ja-JP"/>
                                    </w:rPr>
                                  </w:pPr>
                                  <w:r>
                                    <w:rPr>
                                      <w:rFonts w:hint="eastAsia"/>
                                      <w:lang w:eastAsia="ja-JP"/>
                                    </w:rPr>
                                    <w:t>建築物の用途を変更して住宅とする行為</w:t>
                                  </w:r>
                                </w:p>
                              </w:txbxContent>
                            </wps:txbx>
                            <wps:bodyPr rot="0" vert="horz" wrap="none" lIns="72000" tIns="0" rIns="72000" bIns="0" anchor="ctr" anchorCtr="0" upright="1">
                              <a:noAutofit/>
                            </wps:bodyPr>
                          </wps:wsp>
                        </a:graphicData>
                      </a:graphic>
                    </wp:inline>
                  </w:drawing>
                </mc:Choice>
                <mc:Fallback>
                  <w:pict>
                    <v:shape w14:anchorId="46A901D4" id="中かっこ 1" o:spid="_x0000_s1027" type="#_x0000_t186" style="width:229.6pt;height:79.5pt;visibility:visible;mso-wrap-style:non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" adj="999" strokeweight="1pt">
                      <v:stroke joinstyle="miter"/>
                      <v:textbox inset="2mm,0,2mm,0">
                        <w:txbxContent>
                          <w:p w14:paraId="6F1D5C6B" w14:textId="77777777" w:rsidR="0045547A" w:rsidRDefault="0045547A" w:rsidP="005F0B6D">
                            <w:pPr>
                              <w:rPr>
                                <w:lang w:eastAsia="ja-JP"/>
                              </w:rPr>
                            </w:pPr>
                            <w:r w:rsidRPr="000154E7">
                              <w:rPr>
                                <w:rFonts w:hint="eastAsia"/>
                                <w:spacing w:val="722"/>
                                <w:fitText w:val="3990" w:id="-1437277182"/>
                                <w:lang w:eastAsia="ja-JP"/>
                              </w:rPr>
                              <w:t>住宅の新</w:t>
                            </w:r>
                            <w:r w:rsidRPr="000154E7">
                              <w:rPr>
                                <w:rFonts w:hint="eastAsia"/>
                                <w:spacing w:val="2"/>
                                <w:fitText w:val="3990" w:id="-1437277182"/>
                                <w:lang w:eastAsia="ja-JP"/>
                              </w:rPr>
                              <w:t>築</w:t>
                            </w:r>
                          </w:p>
                          <w:p w14:paraId="546F6C02" w14:textId="77777777" w:rsidR="0045547A" w:rsidRDefault="0045547A" w:rsidP="005F0B6D">
                            <w:pPr>
                              <w:rPr>
                                <w:lang w:eastAsia="ja-JP"/>
                              </w:rPr>
                            </w:pPr>
                            <w:r w:rsidRPr="000E473A">
                              <w:rPr>
                                <w:rFonts w:hint="eastAsia"/>
                                <w:spacing w:val="49"/>
                                <w:fitText w:val="3990" w:id="-1437277183"/>
                                <w:lang w:eastAsia="ja-JP"/>
                              </w:rPr>
                              <w:t>建築物を改築して住宅とする行</w:t>
                            </w:r>
                            <w:r w:rsidRPr="000E473A">
                              <w:rPr>
                                <w:rFonts w:hint="eastAsia"/>
                                <w:spacing w:val="5"/>
                                <w:fitText w:val="3990" w:id="-1437277183"/>
                                <w:lang w:eastAsia="ja-JP"/>
                              </w:rPr>
                              <w:t>為</w:t>
                            </w:r>
                          </w:p>
                          <w:p w14:paraId="518F5B5F" w14:textId="77777777" w:rsidR="0045547A" w:rsidRDefault="0045547A" w:rsidP="005F0B6D">
                            <w:pPr>
                              <w:rPr>
                                <w:lang w:eastAsia="ja-JP"/>
                              </w:rPr>
                            </w:pPr>
                            <w:r>
                              <w:rPr>
                                <w:rFonts w:hint="eastAsia"/>
                                <w:lang w:eastAsia="ja-JP"/>
                              </w:rPr>
                              <w:t>建築物の用途を変更して住宅とする行為</w:t>
                            </w:r>
                          </w:p>
                        </w:txbxContent>
                      </v:textbox>
                      <w10:anchorlock/>
                    </v:shape>
                  </w:pict>
                </mc:Fallback>
              </mc:AlternateContent>
            </w:r>
          </w:p>
          <w:p w14:paraId="54B19A39" w14:textId="77777777" w:rsidR="0045547A" w:rsidRDefault="0045547A" w:rsidP="0045547A">
            <w:pPr>
              <w:widowControl w:val="0"/>
              <w:spacing w:after="0" w:line="240" w:lineRule="auto"/>
              <w:jc w:val="both"/>
              <w:rPr>
                <w:rFonts w:ascii="Century" w:eastAsia="ＭＳ 明朝" w:hAnsi="Century" w:cs="Times New Roman"/>
                <w:kern w:val="2"/>
                <w:szCs w:val="24"/>
                <w:lang w:eastAsia="ja-JP"/>
              </w:rPr>
            </w:pPr>
          </w:p>
          <w:p w14:paraId="3C766994" w14:textId="77777777" w:rsidR="0045547A" w:rsidRPr="005F0B6D" w:rsidRDefault="0045547A" w:rsidP="0045547A">
            <w:pPr>
              <w:widowControl w:val="0"/>
              <w:spacing w:after="0" w:line="240" w:lineRule="auto"/>
              <w:jc w:val="both"/>
              <w:rPr>
                <w:rFonts w:ascii="Century" w:eastAsia="ＭＳ 明朝" w:hAnsi="Century" w:cs="Times New Roman"/>
                <w:kern w:val="2"/>
                <w:szCs w:val="24"/>
                <w:lang w:eastAsia="ja-JP"/>
              </w:rPr>
            </w:pPr>
          </w:p>
          <w:p w14:paraId="6F3F9581" w14:textId="7BE51A18" w:rsidR="000E473A" w:rsidRPr="005F0B6D" w:rsidRDefault="000E473A" w:rsidP="00467F46">
            <w:pPr>
              <w:widowControl w:val="0"/>
              <w:spacing w:afterLines="50" w:after="120" w:line="240" w:lineRule="auto"/>
              <w:ind w:firstLineChars="400" w:firstLine="880"/>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 xml:space="preserve">年　</w:t>
            </w:r>
            <w:r w:rsidR="00467F46">
              <w:rPr>
                <w:rFonts w:ascii="Century" w:eastAsia="ＭＳ 明朝" w:hAnsi="Century" w:cs="Times New Roman" w:hint="eastAsia"/>
                <w:kern w:val="2"/>
                <w:szCs w:val="24"/>
                <w:lang w:eastAsia="ja-JP"/>
              </w:rPr>
              <w:t xml:space="preserve">　</w:t>
            </w:r>
            <w:r w:rsidRPr="005F0B6D">
              <w:rPr>
                <w:rFonts w:ascii="Century" w:eastAsia="ＭＳ 明朝" w:hAnsi="Century" w:cs="Times New Roman"/>
                <w:kern w:val="2"/>
                <w:szCs w:val="24"/>
                <w:lang w:eastAsia="ja-JP"/>
              </w:rPr>
              <w:t>月</w:t>
            </w:r>
            <w:r w:rsidR="00467F46">
              <w:rPr>
                <w:rFonts w:ascii="Century" w:eastAsia="ＭＳ 明朝" w:hAnsi="Century" w:cs="Times New Roman" w:hint="eastAsia"/>
                <w:kern w:val="2"/>
                <w:szCs w:val="24"/>
                <w:lang w:eastAsia="ja-JP"/>
              </w:rPr>
              <w:t xml:space="preserve">　　</w:t>
            </w:r>
            <w:r w:rsidRPr="005F0B6D">
              <w:rPr>
                <w:rFonts w:ascii="Century" w:eastAsia="ＭＳ 明朝" w:hAnsi="Century" w:cs="Times New Roman"/>
                <w:kern w:val="2"/>
                <w:szCs w:val="24"/>
                <w:lang w:eastAsia="ja-JP"/>
              </w:rPr>
              <w:t>日</w:t>
            </w:r>
          </w:p>
          <w:p w14:paraId="75577B88" w14:textId="77777777" w:rsidR="000E473A" w:rsidRPr="005F0B6D" w:rsidRDefault="000E473A" w:rsidP="000E473A">
            <w:pPr>
              <w:widowControl w:val="0"/>
              <w:spacing w:after="0" w:line="240" w:lineRule="auto"/>
              <w:ind w:firstLineChars="100" w:firstLine="220"/>
              <w:jc w:val="both"/>
              <w:rPr>
                <w:rFonts w:ascii="Century" w:eastAsia="ＭＳ 明朝" w:hAnsi="Century" w:cs="Times New Roman"/>
                <w:kern w:val="2"/>
                <w:szCs w:val="24"/>
                <w:lang w:eastAsia="ja-JP"/>
              </w:rPr>
            </w:pPr>
            <w:r>
              <w:rPr>
                <w:rFonts w:ascii="Century" w:eastAsia="ＭＳ 明朝" w:hAnsi="Century" w:cs="Times New Roman" w:hint="eastAsia"/>
                <w:kern w:val="2"/>
                <w:szCs w:val="24"/>
                <w:lang w:eastAsia="ja-JP"/>
              </w:rPr>
              <w:t>山元町長</w:t>
            </w:r>
          </w:p>
          <w:p w14:paraId="382B1268" w14:textId="41B735D6" w:rsidR="000E473A" w:rsidRPr="005F0B6D" w:rsidRDefault="000E473A" w:rsidP="000E473A">
            <w:pPr>
              <w:widowControl w:val="0"/>
              <w:spacing w:afterLines="50" w:after="120" w:line="240" w:lineRule="auto"/>
              <w:jc w:val="both"/>
              <w:rPr>
                <w:rFonts w:ascii="Century" w:eastAsia="ＭＳ 明朝" w:hAnsi="Century" w:cs="Times New Roman" w:hint="eastAsia"/>
                <w:kern w:val="2"/>
                <w:szCs w:val="24"/>
                <w:lang w:eastAsia="ja-JP"/>
              </w:rPr>
            </w:pPr>
            <w:r w:rsidRPr="005F0B6D">
              <w:rPr>
                <w:rFonts w:ascii="Century" w:eastAsia="ＭＳ 明朝" w:hAnsi="Century" w:cs="Times New Roman"/>
                <w:kern w:val="2"/>
                <w:szCs w:val="24"/>
                <w:lang w:eastAsia="ja-JP"/>
              </w:rPr>
              <w:t xml:space="preserve">　　　　　　　　　　　　　　　　　　　　　届出者　住　所</w:t>
            </w:r>
            <w:r>
              <w:rPr>
                <w:rFonts w:ascii="Century" w:eastAsia="ＭＳ 明朝" w:hAnsi="Century" w:cs="Times New Roman" w:hint="eastAsia"/>
                <w:kern w:val="2"/>
                <w:szCs w:val="24"/>
                <w:lang w:eastAsia="ja-JP"/>
              </w:rPr>
              <w:t xml:space="preserve">　</w:t>
            </w:r>
          </w:p>
          <w:p w14:paraId="01E8909C" w14:textId="0E5A67A8" w:rsidR="000E473A" w:rsidRPr="005F0B6D" w:rsidRDefault="000E473A" w:rsidP="000E473A">
            <w:pPr>
              <w:widowControl w:val="0"/>
              <w:spacing w:afterLines="50" w:after="120" w:line="240" w:lineRule="auto"/>
              <w:jc w:val="both"/>
              <w:rPr>
                <w:rFonts w:ascii="Century" w:eastAsia="ＭＳ 明朝" w:hAnsi="Century" w:cs="Times New Roman" w:hint="eastAsia"/>
                <w:kern w:val="2"/>
                <w:szCs w:val="24"/>
                <w:lang w:eastAsia="ja-JP"/>
              </w:rPr>
            </w:pPr>
            <w:r w:rsidRPr="005F0B6D">
              <w:rPr>
                <w:rFonts w:ascii="Century" w:eastAsia="ＭＳ 明朝" w:hAnsi="Century" w:cs="Times New Roman"/>
                <w:kern w:val="2"/>
                <w:szCs w:val="24"/>
                <w:lang w:eastAsia="ja-JP"/>
              </w:rPr>
              <w:t xml:space="preserve">　　　　　　　　　　　　　　　　　　　　　　　　　氏　名</w:t>
            </w:r>
            <w:r>
              <w:rPr>
                <w:rFonts w:ascii="Century" w:eastAsia="ＭＳ 明朝" w:hAnsi="Century" w:cs="Times New Roman" w:hint="eastAsia"/>
                <w:kern w:val="2"/>
                <w:szCs w:val="24"/>
                <w:lang w:eastAsia="ja-JP"/>
              </w:rPr>
              <w:t xml:space="preserve">　</w:t>
            </w:r>
          </w:p>
          <w:p w14:paraId="52005D67" w14:textId="367B10FA" w:rsidR="000E473A" w:rsidRDefault="000E473A" w:rsidP="000E473A">
            <w:pPr>
              <w:widowControl w:val="0"/>
              <w:spacing w:afterLines="50" w:after="120" w:line="240" w:lineRule="auto"/>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 xml:space="preserve">　　　　　　　　　　　　　　　　　　　　　　　　　連絡先</w:t>
            </w:r>
            <w:r>
              <w:rPr>
                <w:rFonts w:ascii="Century" w:eastAsia="ＭＳ 明朝" w:hAnsi="Century" w:cs="Times New Roman" w:hint="eastAsia"/>
                <w:kern w:val="2"/>
                <w:szCs w:val="24"/>
                <w:lang w:eastAsia="ja-JP"/>
              </w:rPr>
              <w:t xml:space="preserve">　</w:t>
            </w:r>
          </w:p>
          <w:p w14:paraId="21BFB908" w14:textId="42AC838D" w:rsidR="0045547A" w:rsidRPr="000E473A" w:rsidRDefault="0045547A" w:rsidP="0045547A">
            <w:pPr>
              <w:widowControl w:val="0"/>
              <w:spacing w:afterLines="50" w:after="120" w:line="240" w:lineRule="auto"/>
              <w:jc w:val="both"/>
              <w:rPr>
                <w:rFonts w:ascii="Century" w:eastAsia="ＭＳ 明朝" w:hAnsi="Century" w:cs="Times New Roman"/>
                <w:kern w:val="2"/>
                <w:sz w:val="6"/>
                <w:szCs w:val="8"/>
                <w:lang w:eastAsia="ja-JP"/>
              </w:rPr>
            </w:pPr>
          </w:p>
        </w:tc>
      </w:tr>
      <w:tr w:rsidR="0045547A" w:rsidRPr="005F0B6D" w14:paraId="45B4F017" w14:textId="77777777" w:rsidTr="000431CF">
        <w:trPr>
          <w:trHeight w:val="720"/>
        </w:trPr>
        <w:tc>
          <w:tcPr>
            <w:tcW w:w="3604" w:type="dxa"/>
            <w:vAlign w:val="center"/>
          </w:tcPr>
          <w:p w14:paraId="12F03EB0" w14:textId="1A5BD6B2" w:rsidR="0045547A" w:rsidRPr="005F0B6D" w:rsidRDefault="0045547A" w:rsidP="0045547A">
            <w:pPr>
              <w:widowControl w:val="0"/>
              <w:spacing w:after="0" w:line="240" w:lineRule="auto"/>
              <w:ind w:left="440" w:hangingChars="200" w:hanging="440"/>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１　住宅を新築しようとする土地</w:t>
            </w:r>
            <w:r>
              <w:rPr>
                <w:rFonts w:ascii="Century" w:eastAsia="ＭＳ 明朝" w:hAnsi="Century" w:cs="Times New Roman" w:hint="eastAsia"/>
                <w:kern w:val="2"/>
                <w:szCs w:val="24"/>
                <w:lang w:eastAsia="ja-JP"/>
              </w:rPr>
              <w:t>また</w:t>
            </w:r>
            <w:r w:rsidRPr="005F0B6D">
              <w:rPr>
                <w:rFonts w:ascii="Century" w:eastAsia="ＭＳ 明朝" w:hAnsi="Century" w:cs="Times New Roman"/>
                <w:kern w:val="2"/>
                <w:szCs w:val="24"/>
                <w:lang w:eastAsia="ja-JP"/>
              </w:rPr>
              <w:t>は改築若しくは用途の変更をしようとする建築物の存する土地の所在、地番、地目及び面積</w:t>
            </w:r>
          </w:p>
        </w:tc>
        <w:tc>
          <w:tcPr>
            <w:tcW w:w="6024" w:type="dxa"/>
            <w:vAlign w:val="center"/>
          </w:tcPr>
          <w:p w14:paraId="25A1A7F4" w14:textId="2A472562" w:rsidR="00EE096A" w:rsidRPr="005F0B6D" w:rsidRDefault="00EE096A" w:rsidP="00EE096A">
            <w:pPr>
              <w:widowControl w:val="0"/>
              <w:spacing w:afterLines="20" w:after="48" w:line="240" w:lineRule="auto"/>
              <w:jc w:val="both"/>
              <w:rPr>
                <w:rFonts w:ascii="Century" w:eastAsia="ＭＳ 明朝" w:hAnsi="Century" w:cs="Times New Roman" w:hint="eastAsia"/>
                <w:kern w:val="2"/>
                <w:szCs w:val="24"/>
                <w:lang w:eastAsia="ja-JP"/>
              </w:rPr>
            </w:pPr>
          </w:p>
        </w:tc>
      </w:tr>
      <w:tr w:rsidR="0045547A" w:rsidRPr="005F0B6D" w14:paraId="361F69D3" w14:textId="77777777" w:rsidTr="000431CF">
        <w:trPr>
          <w:trHeight w:val="720"/>
        </w:trPr>
        <w:tc>
          <w:tcPr>
            <w:tcW w:w="3604" w:type="dxa"/>
            <w:vAlign w:val="center"/>
          </w:tcPr>
          <w:p w14:paraId="496B81E4" w14:textId="79E71AAD" w:rsidR="0045547A" w:rsidRPr="005F0B6D" w:rsidRDefault="0045547A" w:rsidP="0045547A">
            <w:pPr>
              <w:widowControl w:val="0"/>
              <w:spacing w:after="0" w:line="240" w:lineRule="auto"/>
              <w:ind w:left="440" w:hangingChars="200" w:hanging="440"/>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２　新築しようとする住宅</w:t>
            </w:r>
            <w:r>
              <w:rPr>
                <w:rFonts w:ascii="Century" w:eastAsia="ＭＳ 明朝" w:hAnsi="Century" w:cs="Times New Roman" w:hint="eastAsia"/>
                <w:kern w:val="2"/>
                <w:szCs w:val="24"/>
                <w:lang w:eastAsia="ja-JP"/>
              </w:rPr>
              <w:t>また</w:t>
            </w:r>
            <w:r w:rsidRPr="005F0B6D">
              <w:rPr>
                <w:rFonts w:ascii="Century" w:eastAsia="ＭＳ 明朝" w:hAnsi="Century" w:cs="Times New Roman"/>
                <w:kern w:val="2"/>
                <w:szCs w:val="24"/>
                <w:lang w:eastAsia="ja-JP"/>
              </w:rPr>
              <w:t>は改築若しくは用途の変更後の住宅の用途</w:t>
            </w:r>
          </w:p>
        </w:tc>
        <w:tc>
          <w:tcPr>
            <w:tcW w:w="6024" w:type="dxa"/>
            <w:vAlign w:val="center"/>
          </w:tcPr>
          <w:p w14:paraId="3C62D202" w14:textId="0671DCEC" w:rsidR="0045547A" w:rsidRPr="005F0B6D" w:rsidRDefault="0045547A" w:rsidP="0045547A">
            <w:pPr>
              <w:widowControl w:val="0"/>
              <w:wordWrap w:val="0"/>
              <w:spacing w:after="0" w:line="240" w:lineRule="auto"/>
              <w:ind w:right="840"/>
              <w:jc w:val="both"/>
              <w:rPr>
                <w:rFonts w:ascii="Century" w:eastAsia="ＭＳ 明朝" w:hAnsi="Century" w:cs="Times New Roman"/>
                <w:kern w:val="2"/>
                <w:szCs w:val="24"/>
                <w:lang w:eastAsia="ja-JP"/>
              </w:rPr>
            </w:pPr>
          </w:p>
        </w:tc>
      </w:tr>
      <w:tr w:rsidR="0045547A" w:rsidRPr="005F0B6D" w14:paraId="5F6A8442" w14:textId="77777777" w:rsidTr="000431CF">
        <w:trPr>
          <w:trHeight w:val="720"/>
        </w:trPr>
        <w:tc>
          <w:tcPr>
            <w:tcW w:w="3604" w:type="dxa"/>
            <w:vAlign w:val="center"/>
          </w:tcPr>
          <w:p w14:paraId="6E2B87FC" w14:textId="7B92F59F" w:rsidR="0045547A" w:rsidRPr="005F0B6D" w:rsidRDefault="0045547A" w:rsidP="0045547A">
            <w:pPr>
              <w:widowControl w:val="0"/>
              <w:spacing w:after="0" w:line="240" w:lineRule="auto"/>
              <w:ind w:left="440" w:hangingChars="200" w:hanging="440"/>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３　改築</w:t>
            </w:r>
            <w:r>
              <w:rPr>
                <w:rFonts w:ascii="Century" w:eastAsia="ＭＳ 明朝" w:hAnsi="Century" w:cs="Times New Roman" w:hint="eastAsia"/>
                <w:kern w:val="2"/>
                <w:szCs w:val="24"/>
                <w:lang w:eastAsia="ja-JP"/>
              </w:rPr>
              <w:t>また</w:t>
            </w:r>
            <w:r w:rsidRPr="005F0B6D">
              <w:rPr>
                <w:rFonts w:ascii="Century" w:eastAsia="ＭＳ 明朝" w:hAnsi="Century" w:cs="Times New Roman"/>
                <w:kern w:val="2"/>
                <w:szCs w:val="24"/>
                <w:lang w:eastAsia="ja-JP"/>
              </w:rPr>
              <w:t>は用途の変更をしようとする場合は既存の建築物の用途</w:t>
            </w:r>
          </w:p>
        </w:tc>
        <w:tc>
          <w:tcPr>
            <w:tcW w:w="6024" w:type="dxa"/>
            <w:vAlign w:val="center"/>
          </w:tcPr>
          <w:p w14:paraId="170CC191" w14:textId="305C85BA" w:rsidR="0045547A" w:rsidRPr="005F0B6D" w:rsidRDefault="0045547A" w:rsidP="0045547A">
            <w:pPr>
              <w:widowControl w:val="0"/>
              <w:spacing w:after="0" w:line="240" w:lineRule="auto"/>
              <w:jc w:val="both"/>
              <w:rPr>
                <w:rFonts w:ascii="Century" w:eastAsia="ＭＳ 明朝" w:hAnsi="Century" w:cs="Times New Roman"/>
                <w:kern w:val="2"/>
                <w:szCs w:val="24"/>
                <w:lang w:eastAsia="ja-JP"/>
              </w:rPr>
            </w:pPr>
          </w:p>
        </w:tc>
      </w:tr>
      <w:tr w:rsidR="0045547A" w:rsidRPr="005F0B6D" w14:paraId="45B098B5" w14:textId="77777777" w:rsidTr="000431CF">
        <w:trPr>
          <w:trHeight w:val="720"/>
        </w:trPr>
        <w:tc>
          <w:tcPr>
            <w:tcW w:w="3604" w:type="dxa"/>
            <w:vAlign w:val="center"/>
          </w:tcPr>
          <w:p w14:paraId="1460B4BE" w14:textId="3B64E4BA" w:rsidR="0045547A" w:rsidRPr="005F0B6D" w:rsidRDefault="0045547A" w:rsidP="0045547A">
            <w:pPr>
              <w:widowControl w:val="0"/>
              <w:spacing w:after="0" w:line="240" w:lineRule="auto"/>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４　その他必要な事項</w:t>
            </w:r>
          </w:p>
        </w:tc>
        <w:tc>
          <w:tcPr>
            <w:tcW w:w="6024" w:type="dxa"/>
            <w:vAlign w:val="center"/>
          </w:tcPr>
          <w:p w14:paraId="5D028B8D" w14:textId="6882EE75" w:rsidR="0045547A" w:rsidRPr="005F0B6D" w:rsidRDefault="0045547A" w:rsidP="0045547A">
            <w:pPr>
              <w:widowControl w:val="0"/>
              <w:spacing w:after="0" w:line="240" w:lineRule="auto"/>
              <w:jc w:val="both"/>
              <w:rPr>
                <w:rFonts w:ascii="Century" w:eastAsia="ＭＳ 明朝" w:hAnsi="Century" w:cs="Times New Roman"/>
                <w:kern w:val="2"/>
                <w:szCs w:val="24"/>
                <w:lang w:eastAsia="ja-JP"/>
              </w:rPr>
            </w:pPr>
          </w:p>
        </w:tc>
      </w:tr>
    </w:tbl>
    <w:p w14:paraId="22DF3498" w14:textId="77777777" w:rsidR="005F0B6D" w:rsidRPr="005F0B6D" w:rsidRDefault="005F0B6D" w:rsidP="005F0B6D">
      <w:pPr>
        <w:widowControl w:val="0"/>
        <w:spacing w:after="0" w:line="240" w:lineRule="auto"/>
        <w:ind w:leftChars="100" w:left="660" w:hangingChars="200" w:hanging="440"/>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注　届出者が法人である場合においては、氏名は、その法人の名称及び代表者の氏名を記載すること。</w:t>
      </w:r>
    </w:p>
    <w:p w14:paraId="67F160B7" w14:textId="77777777" w:rsidR="005F0B6D" w:rsidRPr="005F0B6D" w:rsidRDefault="005F0B6D" w:rsidP="005F0B6D">
      <w:pPr>
        <w:widowControl w:val="0"/>
        <w:spacing w:after="0" w:line="240" w:lineRule="auto"/>
        <w:ind w:left="660" w:hangingChars="300" w:hanging="660"/>
        <w:jc w:val="both"/>
        <w:rPr>
          <w:rFonts w:ascii="Century" w:eastAsia="ＭＳ 明朝" w:hAnsi="Century" w:cs="Times New Roman"/>
          <w:kern w:val="2"/>
          <w:szCs w:val="24"/>
          <w:lang w:eastAsia="ja-JP"/>
        </w:rPr>
      </w:pPr>
    </w:p>
    <w:p w14:paraId="321840D8" w14:textId="77777777" w:rsidR="005F0B6D" w:rsidRPr="005F0B6D" w:rsidRDefault="005F0B6D" w:rsidP="005F0B6D">
      <w:pPr>
        <w:widowControl w:val="0"/>
        <w:spacing w:after="0" w:line="240" w:lineRule="auto"/>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（添付図書）</w:t>
      </w:r>
    </w:p>
    <w:p w14:paraId="677C7BAD" w14:textId="77777777" w:rsidR="005F0B6D" w:rsidRPr="005F0B6D" w:rsidRDefault="005F0B6D" w:rsidP="005F0B6D">
      <w:pPr>
        <w:widowControl w:val="0"/>
        <w:spacing w:after="0" w:line="240" w:lineRule="auto"/>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・敷地内における住宅の位置を表示する図面で縮尺</w:t>
      </w:r>
      <w:r w:rsidRPr="005F0B6D">
        <w:rPr>
          <w:rFonts w:ascii="Century" w:eastAsia="ＭＳ 明朝" w:hAnsi="Century" w:cs="Times New Roman"/>
          <w:kern w:val="2"/>
          <w:szCs w:val="24"/>
          <w:lang w:eastAsia="ja-JP"/>
        </w:rPr>
        <w:t>1/100</w:t>
      </w:r>
      <w:r w:rsidRPr="005F0B6D">
        <w:rPr>
          <w:rFonts w:ascii="Century" w:eastAsia="ＭＳ 明朝" w:hAnsi="Century" w:cs="Times New Roman"/>
          <w:kern w:val="2"/>
          <w:szCs w:val="24"/>
          <w:lang w:eastAsia="ja-JP"/>
        </w:rPr>
        <w:t>以上のもの</w:t>
      </w:r>
    </w:p>
    <w:p w14:paraId="2DA19A8E" w14:textId="77777777" w:rsidR="005F0B6D" w:rsidRPr="005F0B6D" w:rsidRDefault="005F0B6D" w:rsidP="005F0B6D">
      <w:pPr>
        <w:widowControl w:val="0"/>
        <w:spacing w:after="0" w:line="240" w:lineRule="auto"/>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・住宅の二面以上の立面図及び各階平面図で縮尺</w:t>
      </w:r>
      <w:r w:rsidRPr="005F0B6D">
        <w:rPr>
          <w:rFonts w:ascii="Century" w:eastAsia="ＭＳ 明朝" w:hAnsi="Century" w:cs="Times New Roman"/>
          <w:kern w:val="2"/>
          <w:szCs w:val="24"/>
          <w:lang w:eastAsia="ja-JP"/>
        </w:rPr>
        <w:t>1/50</w:t>
      </w:r>
      <w:r w:rsidRPr="005F0B6D">
        <w:rPr>
          <w:rFonts w:ascii="Century" w:eastAsia="ＭＳ 明朝" w:hAnsi="Century" w:cs="Times New Roman"/>
          <w:kern w:val="2"/>
          <w:szCs w:val="24"/>
          <w:lang w:eastAsia="ja-JP"/>
        </w:rPr>
        <w:t>以上のもの</w:t>
      </w:r>
    </w:p>
    <w:p w14:paraId="2BB2F2FC" w14:textId="77777777" w:rsidR="005F0B6D" w:rsidRPr="005F0B6D" w:rsidRDefault="005F0B6D" w:rsidP="005F0B6D">
      <w:pPr>
        <w:widowControl w:val="0"/>
        <w:spacing w:after="0" w:line="240" w:lineRule="auto"/>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・位置図</w:t>
      </w:r>
    </w:p>
    <w:p w14:paraId="0B206645" w14:textId="77777777" w:rsidR="005F0B6D" w:rsidRPr="005F0B6D" w:rsidRDefault="005F0B6D" w:rsidP="005F0B6D">
      <w:pPr>
        <w:widowControl w:val="0"/>
        <w:spacing w:after="0" w:line="240" w:lineRule="auto"/>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・その他参考となるべき事項を記載した図書</w:t>
      </w:r>
    </w:p>
    <w:p w14:paraId="7E18EC70" w14:textId="77777777" w:rsidR="005F0B6D" w:rsidRDefault="005F0B6D" w:rsidP="00B5635F">
      <w:pPr>
        <w:spacing w:after="0" w:line="240" w:lineRule="auto"/>
        <w:rPr>
          <w:rFonts w:ascii="ＭＳ 明朝" w:eastAsia="ＭＳ 明朝" w:hAnsi="ＭＳ 明朝" w:hint="eastAsia"/>
          <w:lang w:eastAsia="ja-JP"/>
        </w:rPr>
      </w:pPr>
    </w:p>
    <w:sectPr w:rsidR="005F0B6D" w:rsidSect="00A00064">
      <w:pgSz w:w="12240" w:h="15840"/>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A539D" w14:textId="77777777" w:rsidR="00A2651C" w:rsidRDefault="00A2651C" w:rsidP="00DB4341">
      <w:pPr>
        <w:spacing w:after="0" w:line="240" w:lineRule="auto"/>
      </w:pPr>
      <w:r>
        <w:separator/>
      </w:r>
    </w:p>
  </w:endnote>
  <w:endnote w:type="continuationSeparator" w:id="0">
    <w:p w14:paraId="47F748B0" w14:textId="77777777" w:rsidR="00A2651C" w:rsidRDefault="00A2651C" w:rsidP="00DB43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857F6" w14:textId="77777777" w:rsidR="00A2651C" w:rsidRDefault="00A2651C" w:rsidP="00DB4341">
      <w:pPr>
        <w:spacing w:after="0" w:line="240" w:lineRule="auto"/>
      </w:pPr>
      <w:r>
        <w:separator/>
      </w:r>
    </w:p>
  </w:footnote>
  <w:footnote w:type="continuationSeparator" w:id="0">
    <w:p w14:paraId="693DFCC6" w14:textId="77777777" w:rsidR="00A2651C" w:rsidRDefault="00A2651C" w:rsidP="00DB43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46F85AB3"/>
    <w:multiLevelType w:val="hybridMultilevel"/>
    <w:tmpl w:val="5A7CB3B6"/>
    <w:lvl w:ilvl="0" w:tplc="EDEE4CC4">
      <w:start w:val="1"/>
      <w:numFmt w:val="decimal"/>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num w:numId="1" w16cid:durableId="837160088">
    <w:abstractNumId w:val="8"/>
  </w:num>
  <w:num w:numId="2" w16cid:durableId="329333885">
    <w:abstractNumId w:val="6"/>
  </w:num>
  <w:num w:numId="3" w16cid:durableId="2114934148">
    <w:abstractNumId w:val="5"/>
  </w:num>
  <w:num w:numId="4" w16cid:durableId="122575295">
    <w:abstractNumId w:val="4"/>
  </w:num>
  <w:num w:numId="5" w16cid:durableId="417487019">
    <w:abstractNumId w:val="7"/>
  </w:num>
  <w:num w:numId="6" w16cid:durableId="1886942244">
    <w:abstractNumId w:val="3"/>
  </w:num>
  <w:num w:numId="7" w16cid:durableId="654991105">
    <w:abstractNumId w:val="2"/>
  </w:num>
  <w:num w:numId="8" w16cid:durableId="1914119848">
    <w:abstractNumId w:val="1"/>
  </w:num>
  <w:num w:numId="9" w16cid:durableId="1169829848">
    <w:abstractNumId w:val="0"/>
  </w:num>
  <w:num w:numId="10" w16cid:durableId="29368389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50D7"/>
    <w:rsid w:val="000154E7"/>
    <w:rsid w:val="00024275"/>
    <w:rsid w:val="00034616"/>
    <w:rsid w:val="000431CF"/>
    <w:rsid w:val="0005463F"/>
    <w:rsid w:val="0006063C"/>
    <w:rsid w:val="000A53FD"/>
    <w:rsid w:val="000E473A"/>
    <w:rsid w:val="00117BCC"/>
    <w:rsid w:val="00127B71"/>
    <w:rsid w:val="0015074B"/>
    <w:rsid w:val="001900D6"/>
    <w:rsid w:val="001963A1"/>
    <w:rsid w:val="001D1D11"/>
    <w:rsid w:val="001F090B"/>
    <w:rsid w:val="00223719"/>
    <w:rsid w:val="00261D3E"/>
    <w:rsid w:val="0027244B"/>
    <w:rsid w:val="00295B36"/>
    <w:rsid w:val="0029639D"/>
    <w:rsid w:val="002C5F78"/>
    <w:rsid w:val="002C7E95"/>
    <w:rsid w:val="00326AA2"/>
    <w:rsid w:val="00326F90"/>
    <w:rsid w:val="00327A2B"/>
    <w:rsid w:val="00334B9A"/>
    <w:rsid w:val="00367F42"/>
    <w:rsid w:val="00377124"/>
    <w:rsid w:val="003A1875"/>
    <w:rsid w:val="0042219B"/>
    <w:rsid w:val="00452B80"/>
    <w:rsid w:val="0045547A"/>
    <w:rsid w:val="00467F46"/>
    <w:rsid w:val="004D2E29"/>
    <w:rsid w:val="004E0D31"/>
    <w:rsid w:val="004E0E09"/>
    <w:rsid w:val="00535EDE"/>
    <w:rsid w:val="00546EB0"/>
    <w:rsid w:val="005A4105"/>
    <w:rsid w:val="005B1C93"/>
    <w:rsid w:val="005C4D54"/>
    <w:rsid w:val="005F0B6D"/>
    <w:rsid w:val="00606D07"/>
    <w:rsid w:val="00653C2C"/>
    <w:rsid w:val="0067152B"/>
    <w:rsid w:val="00681F4E"/>
    <w:rsid w:val="006B61A0"/>
    <w:rsid w:val="006C79EF"/>
    <w:rsid w:val="006F2D23"/>
    <w:rsid w:val="00714FC7"/>
    <w:rsid w:val="00765C88"/>
    <w:rsid w:val="007923F4"/>
    <w:rsid w:val="007B71AD"/>
    <w:rsid w:val="00821D2C"/>
    <w:rsid w:val="008602B4"/>
    <w:rsid w:val="008E1B87"/>
    <w:rsid w:val="00944E41"/>
    <w:rsid w:val="00945C3D"/>
    <w:rsid w:val="0099032F"/>
    <w:rsid w:val="00A00064"/>
    <w:rsid w:val="00A16C54"/>
    <w:rsid w:val="00A23D3E"/>
    <w:rsid w:val="00A2651C"/>
    <w:rsid w:val="00A80857"/>
    <w:rsid w:val="00A81D40"/>
    <w:rsid w:val="00AA1D8D"/>
    <w:rsid w:val="00AC7C5E"/>
    <w:rsid w:val="00B47730"/>
    <w:rsid w:val="00B54DFB"/>
    <w:rsid w:val="00B5635F"/>
    <w:rsid w:val="00B929E1"/>
    <w:rsid w:val="00BA3255"/>
    <w:rsid w:val="00BA5237"/>
    <w:rsid w:val="00BA5EE5"/>
    <w:rsid w:val="00BB4B3E"/>
    <w:rsid w:val="00C006D4"/>
    <w:rsid w:val="00C11A51"/>
    <w:rsid w:val="00C83325"/>
    <w:rsid w:val="00C9278E"/>
    <w:rsid w:val="00CB0664"/>
    <w:rsid w:val="00CD49E2"/>
    <w:rsid w:val="00CE0A70"/>
    <w:rsid w:val="00CE5256"/>
    <w:rsid w:val="00D043E9"/>
    <w:rsid w:val="00D569E9"/>
    <w:rsid w:val="00D64763"/>
    <w:rsid w:val="00D64926"/>
    <w:rsid w:val="00DB4341"/>
    <w:rsid w:val="00DC72C1"/>
    <w:rsid w:val="00DF1018"/>
    <w:rsid w:val="00DF41F5"/>
    <w:rsid w:val="00E455D5"/>
    <w:rsid w:val="00EA54E6"/>
    <w:rsid w:val="00EE096A"/>
    <w:rsid w:val="00F70917"/>
    <w:rsid w:val="00FC2704"/>
    <w:rsid w:val="00FC693F"/>
    <w:rsid w:val="00FF16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2BD2DC04"/>
  <w14:defaultImageDpi w14:val="300"/>
  <w15:docId w15:val="{7C31BEA8-9CB8-49EC-977A-EF2844A5F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f">
    <w:name w:val="Hyperlink"/>
    <w:basedOn w:val="a2"/>
    <w:uiPriority w:val="99"/>
    <w:unhideWhenUsed/>
    <w:rsid w:val="001963A1"/>
    <w:rPr>
      <w:color w:val="0000FF"/>
      <w:u w:val="single"/>
    </w:rPr>
  </w:style>
  <w:style w:type="character" w:styleId="aff0">
    <w:name w:val="Unresolved Mention"/>
    <w:basedOn w:val="a2"/>
    <w:uiPriority w:val="99"/>
    <w:semiHidden/>
    <w:unhideWhenUsed/>
    <w:rsid w:val="00653C2C"/>
    <w:rPr>
      <w:color w:val="605E5C"/>
      <w:shd w:val="clear" w:color="auto" w:fill="E1DFDD"/>
    </w:rPr>
  </w:style>
  <w:style w:type="character" w:styleId="aff1">
    <w:name w:val="FollowedHyperlink"/>
    <w:basedOn w:val="a2"/>
    <w:uiPriority w:val="99"/>
    <w:semiHidden/>
    <w:unhideWhenUsed/>
    <w:rsid w:val="00945C3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238</Words>
  <Characters>242</Characters>
  <Application>Microsoft Office Word</Application>
  <DocSecurity>0</DocSecurity>
  <Lines>26</Lines>
  <Paragraphs>21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459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谷津田 直紀</dc:creator>
  <cp:keywords/>
  <dc:description>generated by python-docx</dc:description>
  <cp:lastModifiedBy>谷津田 直紀</cp:lastModifiedBy>
  <cp:revision>8</cp:revision>
  <cp:lastPrinted>2026-07-31T01:45:00Z</cp:lastPrinted>
  <dcterms:created xsi:type="dcterms:W3CDTF">2026-07-27T06:34:00Z</dcterms:created>
  <dcterms:modified xsi:type="dcterms:W3CDTF">2026-07-31T01:56:00Z</dcterms:modified>
  <cp:category/>
</cp:coreProperties>
</file>